
<file path=[Content_Types].xml><?xml version="1.0" encoding="utf-8"?>
<Types xmlns="http://schemas.openxmlformats.org/package/2006/content-types">
  <Default Extension="png" ContentType="image/png"/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customXml/itemProps1.xml" ContentType="application/vnd.openxmlformats-officedocument.customXmlProperties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sdtfl w16du wp14">
  <w:body>
    <w:p w:rsidR="004238BA" w:rsidRDefault="004238BA">
      <w:pPr>
        <w:autoSpaceDE w:val="0"/>
        <w:autoSpaceDN w:val="0"/>
        <w:spacing w:after="546" w:line="220" w:lineRule="exact"/>
      </w:pPr>
    </w:p>
    <w:p w:rsidR="004238BA" w:rsidRDefault="00000000">
      <w:pPr>
        <w:tabs>
          <w:tab w:val="left" w:pos="2256"/>
        </w:tabs>
        <w:autoSpaceDE w:val="0"/>
        <w:autoSpaceDN w:val="0"/>
        <w:spacing w:after="134" w:line="512" w:lineRule="exact"/>
        <w:ind w:left="360" w:right="2160"/>
      </w:pPr>
      <w:r>
        <w:tab/>
      </w:r>
      <w:r>
        <w:rPr>
          <w:rFonts w:ascii="TimesNewRomanPS" w:eastAsia="TimesNewRomanPS" w:hAnsi="TimesNewRomanPS"/>
          <w:b/>
          <w:color w:val="000000"/>
          <w:sz w:val="32"/>
        </w:rPr>
        <w:t xml:space="preserve">Inverted F Antenna Specification </w:t>
      </w:r>
      <w:r>
        <w:rPr>
          <w:rFonts w:ascii="TimesNewRomanPSMT" w:eastAsia="TimesNewRomanPSMT" w:hAnsi="TimesNewRomanPSMT"/>
          <w:color w:val="000000"/>
          <w:sz w:val="28"/>
        </w:rPr>
        <w:t>Summary</w:t>
      </w:r>
    </w:p>
    <w:tbl>
      <w:tblPr>
        <w:tblW w:w="0" w:type="auto"/>
        <w:tblInd w:w="251" w:type="dxa"/>
        <w:tblLayout w:type="fixed"/>
        <w:tblLook w:val="04A0" w:firstRow="1" w:lastRow="0" w:firstColumn="1" w:lastColumn="0" w:noHBand="0" w:noVBand="1"/>
      </w:tblPr>
      <w:tblGrid>
        <w:gridCol w:w="1772"/>
        <w:gridCol w:w="1124"/>
        <w:gridCol w:w="1128"/>
        <w:gridCol w:w="1122"/>
        <w:gridCol w:w="1126"/>
        <w:gridCol w:w="1124"/>
        <w:gridCol w:w="1128"/>
      </w:tblGrid>
      <w:tr w:rsidR="004238BA">
        <w:trPr>
          <w:trHeight w:hRule="exact" w:val="322"/>
        </w:trPr>
        <w:tc>
          <w:tcPr>
            <w:tcW w:w="1772" w:type="dxa"/>
            <w:tcBorders>
              <w:top w:val="single" w:sz="4" w:space="0" w:color="000000"/>
              <w:left w:val="single" w:sz="3" w:space="0" w:color="000000"/>
              <w:bottom w:val="single" w:sz="4" w:space="0" w:color="000000"/>
              <w:right w:val="single" w:sz="4" w:space="0" w:color="000000"/>
            </w:tcBorders>
            <w:tcMar>
              <w:left w:w="0" w:type="dxa"/>
              <w:right w:w="0" w:type="dxa"/>
            </w:tcMar>
          </w:tcPr>
          <w:p w:rsidR="004238BA" w:rsidRDefault="00000000">
            <w:pPr>
              <w:autoSpaceDE w:val="0"/>
              <w:autoSpaceDN w:val="0"/>
              <w:spacing w:after="0" w:line="320" w:lineRule="exact"/>
              <w:jc w:val="center"/>
            </w:pPr>
            <w:r>
              <w:rPr>
                <w:rFonts w:ascii="TimesNewRomanPSMT" w:eastAsia="TimesNewRomanPSMT" w:hAnsi="TimesNewRomanPSMT"/>
                <w:color w:val="000000"/>
                <w:sz w:val="24"/>
              </w:rPr>
              <w:t xml:space="preserve">ITEM </w:t>
            </w:r>
          </w:p>
        </w:tc>
        <w:tc>
          <w:tcPr>
            <w:tcW w:w="6752" w:type="dxa"/>
            <w:gridSpan w:val="6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tcMar>
              <w:left w:w="0" w:type="dxa"/>
              <w:right w:w="0" w:type="dxa"/>
            </w:tcMar>
          </w:tcPr>
          <w:p w:rsidR="004238BA" w:rsidRDefault="00000000">
            <w:pPr>
              <w:autoSpaceDE w:val="0"/>
              <w:autoSpaceDN w:val="0"/>
              <w:spacing w:after="0" w:line="320" w:lineRule="exact"/>
              <w:jc w:val="center"/>
            </w:pPr>
            <w:r>
              <w:rPr>
                <w:rFonts w:ascii="TimesNewRomanPSMT" w:eastAsia="TimesNewRomanPSMT" w:hAnsi="TimesNewRomanPSMT"/>
                <w:color w:val="000000"/>
                <w:sz w:val="24"/>
              </w:rPr>
              <w:t xml:space="preserve">ANT SPEC </w:t>
            </w:r>
          </w:p>
        </w:tc>
      </w:tr>
      <w:tr w:rsidR="004238BA">
        <w:trPr>
          <w:trHeight w:hRule="exact" w:val="320"/>
        </w:trPr>
        <w:tc>
          <w:tcPr>
            <w:tcW w:w="1772" w:type="dxa"/>
            <w:tcBorders>
              <w:top w:val="single" w:sz="4" w:space="0" w:color="000000"/>
              <w:left w:val="single" w:sz="3" w:space="0" w:color="000000"/>
              <w:bottom w:val="single" w:sz="4" w:space="0" w:color="000000"/>
              <w:right w:val="single" w:sz="4" w:space="0" w:color="000000"/>
            </w:tcBorders>
            <w:tcMar>
              <w:left w:w="0" w:type="dxa"/>
              <w:right w:w="0" w:type="dxa"/>
            </w:tcMar>
          </w:tcPr>
          <w:p w:rsidR="004238BA" w:rsidRDefault="00000000">
            <w:pPr>
              <w:autoSpaceDE w:val="0"/>
              <w:autoSpaceDN w:val="0"/>
              <w:spacing w:before="6" w:after="0" w:line="280" w:lineRule="exact"/>
              <w:jc w:val="center"/>
            </w:pPr>
            <w:r>
              <w:rPr>
                <w:rFonts w:ascii="TimesNewRomanPSMT" w:eastAsia="TimesNewRomanPSMT" w:hAnsi="TimesNewRomanPSMT"/>
                <w:color w:val="000000"/>
                <w:sz w:val="21"/>
              </w:rPr>
              <w:t xml:space="preserve">Model Name </w:t>
            </w:r>
          </w:p>
        </w:tc>
        <w:tc>
          <w:tcPr>
            <w:tcW w:w="6752" w:type="dxa"/>
            <w:gridSpan w:val="6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tcMar>
              <w:left w:w="0" w:type="dxa"/>
              <w:right w:w="0" w:type="dxa"/>
            </w:tcMar>
          </w:tcPr>
          <w:p w:rsidR="004238BA" w:rsidRDefault="00000000">
            <w:pPr>
              <w:autoSpaceDE w:val="0"/>
              <w:autoSpaceDN w:val="0"/>
              <w:spacing w:before="6" w:after="0" w:line="280" w:lineRule="exact"/>
              <w:jc w:val="center"/>
            </w:pPr>
            <w:r>
              <w:rPr>
                <w:rFonts w:ascii="TimesNewRomanPSMT" w:eastAsia="TimesNewRomanPSMT" w:hAnsi="TimesNewRomanPSMT"/>
                <w:color w:val="000000"/>
                <w:sz w:val="21"/>
              </w:rPr>
              <w:t xml:space="preserve">2.4G ANT </w:t>
            </w:r>
          </w:p>
        </w:tc>
      </w:tr>
      <w:tr w:rsidR="004238BA">
        <w:trPr>
          <w:trHeight w:hRule="exact" w:val="428"/>
        </w:trPr>
        <w:tc>
          <w:tcPr>
            <w:tcW w:w="1772" w:type="dxa"/>
            <w:vMerge w:val="restart"/>
            <w:tcBorders>
              <w:top w:val="single" w:sz="4" w:space="0" w:color="000000"/>
              <w:left w:val="single" w:sz="3" w:space="0" w:color="000000"/>
              <w:bottom w:val="single" w:sz="4" w:space="0" w:color="000000"/>
              <w:right w:val="single" w:sz="4" w:space="0" w:color="000000"/>
            </w:tcBorders>
            <w:tcMar>
              <w:left w:w="0" w:type="dxa"/>
              <w:right w:w="0" w:type="dxa"/>
            </w:tcMar>
          </w:tcPr>
          <w:p w:rsidR="004238BA" w:rsidRDefault="00000000">
            <w:pPr>
              <w:autoSpaceDE w:val="0"/>
              <w:autoSpaceDN w:val="0"/>
              <w:spacing w:before="292" w:after="0" w:line="312" w:lineRule="exact"/>
              <w:ind w:left="432" w:right="288"/>
              <w:jc w:val="center"/>
            </w:pPr>
            <w:r>
              <w:rPr>
                <w:rFonts w:ascii="TimesNewRomanPSMT" w:eastAsia="TimesNewRomanPSMT" w:hAnsi="TimesNewRomanPSMT"/>
                <w:color w:val="000000"/>
                <w:sz w:val="21"/>
              </w:rPr>
              <w:t xml:space="preserve">Center </w:t>
            </w:r>
            <w:r>
              <w:br/>
            </w:r>
            <w:r>
              <w:rPr>
                <w:rFonts w:ascii="TimesNewRomanPSMT" w:eastAsia="TimesNewRomanPSMT" w:hAnsi="TimesNewRomanPSMT"/>
                <w:color w:val="000000"/>
                <w:sz w:val="21"/>
              </w:rPr>
              <w:t xml:space="preserve">Frequency </w:t>
            </w:r>
          </w:p>
        </w:tc>
        <w:tc>
          <w:tcPr>
            <w:tcW w:w="3374" w:type="dxa"/>
            <w:gridSpan w:val="3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tcMar>
              <w:left w:w="0" w:type="dxa"/>
              <w:right w:w="0" w:type="dxa"/>
            </w:tcMar>
          </w:tcPr>
          <w:p w:rsidR="004238BA" w:rsidRDefault="00000000">
            <w:pPr>
              <w:autoSpaceDE w:val="0"/>
              <w:autoSpaceDN w:val="0"/>
              <w:spacing w:before="60" w:after="0" w:line="282" w:lineRule="exact"/>
              <w:jc w:val="center"/>
            </w:pPr>
            <w:r>
              <w:rPr>
                <w:rFonts w:ascii="TimesNewRomanPSMT" w:eastAsia="TimesNewRomanPSMT" w:hAnsi="TimesNewRomanPSMT"/>
                <w:color w:val="000000"/>
                <w:sz w:val="21"/>
              </w:rPr>
              <w:t xml:space="preserve">Horizontal </w:t>
            </w:r>
          </w:p>
        </w:tc>
        <w:tc>
          <w:tcPr>
            <w:tcW w:w="3378" w:type="dxa"/>
            <w:gridSpan w:val="3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tcMar>
              <w:left w:w="0" w:type="dxa"/>
              <w:right w:w="0" w:type="dxa"/>
            </w:tcMar>
          </w:tcPr>
          <w:p w:rsidR="004238BA" w:rsidRDefault="00000000">
            <w:pPr>
              <w:autoSpaceDE w:val="0"/>
              <w:autoSpaceDN w:val="0"/>
              <w:spacing w:before="60" w:after="0" w:line="282" w:lineRule="exact"/>
              <w:jc w:val="center"/>
            </w:pPr>
            <w:r>
              <w:rPr>
                <w:rFonts w:ascii="TimesNewRomanPSMT" w:eastAsia="TimesNewRomanPSMT" w:hAnsi="TimesNewRomanPSMT"/>
                <w:color w:val="000000"/>
                <w:sz w:val="21"/>
              </w:rPr>
              <w:t xml:space="preserve">Vertical </w:t>
            </w:r>
          </w:p>
        </w:tc>
      </w:tr>
      <w:tr w:rsidR="004238BA">
        <w:trPr>
          <w:trHeight w:hRule="exact" w:val="422"/>
        </w:trPr>
        <w:tc>
          <w:tcPr>
            <w:tcW w:w="1289" w:type="dxa"/>
            <w:vMerge/>
            <w:tcBorders>
              <w:top w:val="single" w:sz="4" w:space="0" w:color="000000"/>
              <w:left w:val="single" w:sz="3" w:space="0" w:color="000000"/>
              <w:bottom w:val="single" w:sz="4" w:space="0" w:color="000000"/>
              <w:right w:val="single" w:sz="4" w:space="0" w:color="000000"/>
            </w:tcBorders>
          </w:tcPr>
          <w:p w:rsidR="004238BA" w:rsidRDefault="004238BA"/>
        </w:tc>
        <w:tc>
          <w:tcPr>
            <w:tcW w:w="1124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tcMar>
              <w:left w:w="0" w:type="dxa"/>
              <w:right w:w="0" w:type="dxa"/>
            </w:tcMar>
          </w:tcPr>
          <w:p w:rsidR="004238BA" w:rsidRDefault="00000000">
            <w:pPr>
              <w:autoSpaceDE w:val="0"/>
              <w:autoSpaceDN w:val="0"/>
              <w:spacing w:before="60" w:after="0" w:line="280" w:lineRule="exact"/>
              <w:jc w:val="center"/>
            </w:pPr>
            <w:r>
              <w:rPr>
                <w:rFonts w:ascii="TimesNewRomanPSMT" w:eastAsia="TimesNewRomanPSMT" w:hAnsi="TimesNewRomanPSMT"/>
                <w:color w:val="000000"/>
                <w:sz w:val="21"/>
              </w:rPr>
              <w:t xml:space="preserve">2400MHz </w:t>
            </w:r>
          </w:p>
        </w:tc>
        <w:tc>
          <w:tcPr>
            <w:tcW w:w="1128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tcMar>
              <w:left w:w="0" w:type="dxa"/>
              <w:right w:w="0" w:type="dxa"/>
            </w:tcMar>
          </w:tcPr>
          <w:p w:rsidR="004238BA" w:rsidRDefault="00000000">
            <w:pPr>
              <w:autoSpaceDE w:val="0"/>
              <w:autoSpaceDN w:val="0"/>
              <w:spacing w:before="60" w:after="0" w:line="280" w:lineRule="exact"/>
              <w:jc w:val="center"/>
            </w:pPr>
            <w:r>
              <w:rPr>
                <w:rFonts w:ascii="TimesNewRomanPSMT" w:eastAsia="TimesNewRomanPSMT" w:hAnsi="TimesNewRomanPSMT"/>
                <w:color w:val="000000"/>
                <w:sz w:val="21"/>
              </w:rPr>
              <w:t>2400MHz</w:t>
            </w:r>
          </w:p>
        </w:tc>
        <w:tc>
          <w:tcPr>
            <w:tcW w:w="1122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tcMar>
              <w:left w:w="0" w:type="dxa"/>
              <w:right w:w="0" w:type="dxa"/>
            </w:tcMar>
          </w:tcPr>
          <w:p w:rsidR="004238BA" w:rsidRDefault="00000000">
            <w:pPr>
              <w:autoSpaceDE w:val="0"/>
              <w:autoSpaceDN w:val="0"/>
              <w:spacing w:before="60" w:after="0" w:line="280" w:lineRule="exact"/>
              <w:jc w:val="center"/>
            </w:pPr>
            <w:r>
              <w:rPr>
                <w:rFonts w:ascii="TimesNewRomanPSMT" w:eastAsia="TimesNewRomanPSMT" w:hAnsi="TimesNewRomanPSMT"/>
                <w:color w:val="000000"/>
                <w:sz w:val="21"/>
              </w:rPr>
              <w:t>2500MHz</w:t>
            </w:r>
          </w:p>
        </w:tc>
        <w:tc>
          <w:tcPr>
            <w:tcW w:w="1126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tcMar>
              <w:left w:w="0" w:type="dxa"/>
              <w:right w:w="0" w:type="dxa"/>
            </w:tcMar>
          </w:tcPr>
          <w:p w:rsidR="004238BA" w:rsidRDefault="00000000">
            <w:pPr>
              <w:autoSpaceDE w:val="0"/>
              <w:autoSpaceDN w:val="0"/>
              <w:spacing w:before="60" w:after="0" w:line="280" w:lineRule="exact"/>
              <w:jc w:val="center"/>
            </w:pPr>
            <w:r>
              <w:rPr>
                <w:rFonts w:ascii="TimesNewRomanPSMT" w:eastAsia="TimesNewRomanPSMT" w:hAnsi="TimesNewRomanPSMT"/>
                <w:color w:val="000000"/>
                <w:sz w:val="21"/>
              </w:rPr>
              <w:t>2400MHz</w:t>
            </w:r>
          </w:p>
        </w:tc>
        <w:tc>
          <w:tcPr>
            <w:tcW w:w="1124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tcMar>
              <w:left w:w="0" w:type="dxa"/>
              <w:right w:w="0" w:type="dxa"/>
            </w:tcMar>
          </w:tcPr>
          <w:p w:rsidR="004238BA" w:rsidRDefault="00000000">
            <w:pPr>
              <w:autoSpaceDE w:val="0"/>
              <w:autoSpaceDN w:val="0"/>
              <w:spacing w:before="60" w:after="0" w:line="280" w:lineRule="exact"/>
              <w:jc w:val="center"/>
            </w:pPr>
            <w:r>
              <w:rPr>
                <w:rFonts w:ascii="TimesNewRomanPSMT" w:eastAsia="TimesNewRomanPSMT" w:hAnsi="TimesNewRomanPSMT"/>
                <w:color w:val="000000"/>
                <w:sz w:val="21"/>
              </w:rPr>
              <w:t xml:space="preserve">2400MHz </w:t>
            </w:r>
          </w:p>
        </w:tc>
        <w:tc>
          <w:tcPr>
            <w:tcW w:w="1128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tcMar>
              <w:left w:w="0" w:type="dxa"/>
              <w:right w:w="0" w:type="dxa"/>
            </w:tcMar>
          </w:tcPr>
          <w:p w:rsidR="004238BA" w:rsidRDefault="00000000">
            <w:pPr>
              <w:autoSpaceDE w:val="0"/>
              <w:autoSpaceDN w:val="0"/>
              <w:spacing w:before="60" w:after="0" w:line="280" w:lineRule="exact"/>
              <w:jc w:val="center"/>
            </w:pPr>
            <w:r>
              <w:rPr>
                <w:rFonts w:ascii="TimesNewRomanPSMT" w:eastAsia="TimesNewRomanPSMT" w:hAnsi="TimesNewRomanPSMT"/>
                <w:color w:val="000000"/>
                <w:sz w:val="21"/>
              </w:rPr>
              <w:t>2500MHz</w:t>
            </w:r>
          </w:p>
        </w:tc>
      </w:tr>
      <w:tr w:rsidR="004238BA">
        <w:trPr>
          <w:trHeight w:hRule="exact" w:val="426"/>
        </w:trPr>
        <w:tc>
          <w:tcPr>
            <w:tcW w:w="1289" w:type="dxa"/>
            <w:vMerge/>
            <w:tcBorders>
              <w:top w:val="single" w:sz="4" w:space="0" w:color="000000"/>
              <w:left w:val="single" w:sz="3" w:space="0" w:color="000000"/>
              <w:bottom w:val="single" w:sz="4" w:space="0" w:color="000000"/>
              <w:right w:val="single" w:sz="4" w:space="0" w:color="000000"/>
            </w:tcBorders>
          </w:tcPr>
          <w:p w:rsidR="004238BA" w:rsidRDefault="004238BA"/>
        </w:tc>
        <w:tc>
          <w:tcPr>
            <w:tcW w:w="1124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tcMar>
              <w:left w:w="0" w:type="dxa"/>
              <w:right w:w="0" w:type="dxa"/>
            </w:tcMar>
          </w:tcPr>
          <w:p w:rsidR="004238BA" w:rsidRDefault="00000000">
            <w:pPr>
              <w:autoSpaceDE w:val="0"/>
              <w:autoSpaceDN w:val="0"/>
              <w:spacing w:before="60" w:after="0" w:line="280" w:lineRule="exact"/>
              <w:jc w:val="center"/>
            </w:pPr>
            <w:r>
              <w:rPr>
                <w:rFonts w:ascii="TimesNewRomanPSMT" w:eastAsia="TimesNewRomanPSMT" w:hAnsi="TimesNewRomanPSMT"/>
                <w:color w:val="000000"/>
                <w:sz w:val="21"/>
              </w:rPr>
              <w:t xml:space="preserve">-1.26 </w:t>
            </w:r>
          </w:p>
        </w:tc>
        <w:tc>
          <w:tcPr>
            <w:tcW w:w="1128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tcMar>
              <w:left w:w="0" w:type="dxa"/>
              <w:right w:w="0" w:type="dxa"/>
            </w:tcMar>
          </w:tcPr>
          <w:p w:rsidR="004238BA" w:rsidRDefault="00000000">
            <w:pPr>
              <w:autoSpaceDE w:val="0"/>
              <w:autoSpaceDN w:val="0"/>
              <w:spacing w:before="60" w:after="0" w:line="280" w:lineRule="exact"/>
              <w:jc w:val="center"/>
            </w:pPr>
            <w:r>
              <w:rPr>
                <w:rFonts w:ascii="TimesNewRomanPSMT" w:eastAsia="TimesNewRomanPSMT" w:hAnsi="TimesNewRomanPSMT"/>
                <w:color w:val="000000"/>
                <w:sz w:val="21"/>
              </w:rPr>
              <w:t xml:space="preserve">-0.76 </w:t>
            </w:r>
          </w:p>
        </w:tc>
        <w:tc>
          <w:tcPr>
            <w:tcW w:w="1122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tcMar>
              <w:left w:w="0" w:type="dxa"/>
              <w:right w:w="0" w:type="dxa"/>
            </w:tcMar>
          </w:tcPr>
          <w:p w:rsidR="004238BA" w:rsidRDefault="00000000">
            <w:pPr>
              <w:autoSpaceDE w:val="0"/>
              <w:autoSpaceDN w:val="0"/>
              <w:spacing w:before="60" w:after="0" w:line="280" w:lineRule="exact"/>
              <w:jc w:val="center"/>
            </w:pPr>
            <w:r>
              <w:rPr>
                <w:rFonts w:ascii="TimesNewRomanPSMT" w:eastAsia="TimesNewRomanPSMT" w:hAnsi="TimesNewRomanPSMT"/>
                <w:color w:val="000000"/>
                <w:sz w:val="21"/>
              </w:rPr>
              <w:t xml:space="preserve">-0.58 </w:t>
            </w:r>
          </w:p>
        </w:tc>
        <w:tc>
          <w:tcPr>
            <w:tcW w:w="1126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tcMar>
              <w:left w:w="0" w:type="dxa"/>
              <w:right w:w="0" w:type="dxa"/>
            </w:tcMar>
          </w:tcPr>
          <w:p w:rsidR="004238BA" w:rsidRDefault="00000000">
            <w:pPr>
              <w:autoSpaceDE w:val="0"/>
              <w:autoSpaceDN w:val="0"/>
              <w:spacing w:before="60" w:after="0" w:line="280" w:lineRule="exact"/>
              <w:jc w:val="center"/>
            </w:pPr>
            <w:r>
              <w:rPr>
                <w:rFonts w:ascii="TimesNewRomanPSMT" w:eastAsia="TimesNewRomanPSMT" w:hAnsi="TimesNewRomanPSMT"/>
                <w:color w:val="000000"/>
                <w:sz w:val="21"/>
              </w:rPr>
              <w:t xml:space="preserve">-5.25 </w:t>
            </w:r>
          </w:p>
        </w:tc>
        <w:tc>
          <w:tcPr>
            <w:tcW w:w="1124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tcMar>
              <w:left w:w="0" w:type="dxa"/>
              <w:right w:w="0" w:type="dxa"/>
            </w:tcMar>
          </w:tcPr>
          <w:p w:rsidR="004238BA" w:rsidRDefault="00000000">
            <w:pPr>
              <w:autoSpaceDE w:val="0"/>
              <w:autoSpaceDN w:val="0"/>
              <w:spacing w:before="60" w:after="0" w:line="280" w:lineRule="exact"/>
              <w:jc w:val="center"/>
            </w:pPr>
            <w:r>
              <w:rPr>
                <w:rFonts w:ascii="TimesNewRomanPSMT" w:eastAsia="TimesNewRomanPSMT" w:hAnsi="TimesNewRomanPSMT"/>
                <w:color w:val="000000"/>
                <w:sz w:val="21"/>
              </w:rPr>
              <w:t xml:space="preserve">-2.46 </w:t>
            </w:r>
          </w:p>
        </w:tc>
        <w:tc>
          <w:tcPr>
            <w:tcW w:w="1128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tcMar>
              <w:left w:w="0" w:type="dxa"/>
              <w:right w:w="0" w:type="dxa"/>
            </w:tcMar>
          </w:tcPr>
          <w:p w:rsidR="004238BA" w:rsidRDefault="00000000">
            <w:pPr>
              <w:autoSpaceDE w:val="0"/>
              <w:autoSpaceDN w:val="0"/>
              <w:spacing w:before="60" w:after="0" w:line="280" w:lineRule="exact"/>
              <w:jc w:val="center"/>
            </w:pPr>
            <w:r>
              <w:rPr>
                <w:rFonts w:ascii="TimesNewRomanPSMT" w:eastAsia="TimesNewRomanPSMT" w:hAnsi="TimesNewRomanPSMT"/>
                <w:color w:val="000000"/>
                <w:sz w:val="21"/>
              </w:rPr>
              <w:t xml:space="preserve">-1.86 </w:t>
            </w:r>
          </w:p>
        </w:tc>
      </w:tr>
      <w:tr w:rsidR="004238BA">
        <w:trPr>
          <w:trHeight w:hRule="exact" w:val="322"/>
        </w:trPr>
        <w:tc>
          <w:tcPr>
            <w:tcW w:w="1772" w:type="dxa"/>
            <w:tcBorders>
              <w:top w:val="single" w:sz="4" w:space="0" w:color="000000"/>
              <w:left w:val="single" w:sz="3" w:space="0" w:color="000000"/>
              <w:bottom w:val="single" w:sz="4" w:space="0" w:color="000000"/>
              <w:right w:val="single" w:sz="4" w:space="0" w:color="000000"/>
            </w:tcBorders>
            <w:tcMar>
              <w:left w:w="0" w:type="dxa"/>
              <w:right w:w="0" w:type="dxa"/>
            </w:tcMar>
          </w:tcPr>
          <w:p w:rsidR="004238BA" w:rsidRDefault="00000000">
            <w:pPr>
              <w:autoSpaceDE w:val="0"/>
              <w:autoSpaceDN w:val="0"/>
              <w:spacing w:before="8" w:after="0" w:line="280" w:lineRule="exact"/>
              <w:jc w:val="center"/>
            </w:pPr>
            <w:r>
              <w:rPr>
                <w:rFonts w:ascii="TimesNewRomanPSMT" w:eastAsia="TimesNewRomanPSMT" w:hAnsi="TimesNewRomanPSMT"/>
                <w:color w:val="000000"/>
                <w:sz w:val="21"/>
              </w:rPr>
              <w:t xml:space="preserve">MAX. Gain </w:t>
            </w:r>
          </w:p>
        </w:tc>
        <w:tc>
          <w:tcPr>
            <w:tcW w:w="6752" w:type="dxa"/>
            <w:gridSpan w:val="6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tcMar>
              <w:left w:w="0" w:type="dxa"/>
              <w:right w:w="0" w:type="dxa"/>
            </w:tcMar>
          </w:tcPr>
          <w:p w:rsidR="004238BA" w:rsidRDefault="00000000">
            <w:pPr>
              <w:autoSpaceDE w:val="0"/>
              <w:autoSpaceDN w:val="0"/>
              <w:spacing w:before="8" w:after="0" w:line="280" w:lineRule="exact"/>
              <w:jc w:val="center"/>
            </w:pPr>
            <w:r>
              <w:rPr>
                <w:rFonts w:ascii="TimesNewRomanPSMT" w:eastAsia="TimesNewRomanPSMT" w:hAnsi="TimesNewRomanPSMT"/>
                <w:color w:val="000000"/>
                <w:sz w:val="21"/>
              </w:rPr>
              <w:t xml:space="preserve">-0.58dB </w:t>
            </w:r>
          </w:p>
        </w:tc>
      </w:tr>
      <w:tr w:rsidR="004238BA">
        <w:trPr>
          <w:trHeight w:hRule="exact" w:val="322"/>
        </w:trPr>
        <w:tc>
          <w:tcPr>
            <w:tcW w:w="1772" w:type="dxa"/>
            <w:tcBorders>
              <w:top w:val="single" w:sz="4" w:space="0" w:color="000000"/>
              <w:left w:val="single" w:sz="3" w:space="0" w:color="000000"/>
              <w:bottom w:val="single" w:sz="4" w:space="0" w:color="000000"/>
              <w:right w:val="single" w:sz="4" w:space="0" w:color="000000"/>
            </w:tcBorders>
            <w:tcMar>
              <w:left w:w="0" w:type="dxa"/>
              <w:right w:w="0" w:type="dxa"/>
            </w:tcMar>
          </w:tcPr>
          <w:p w:rsidR="004238BA" w:rsidRDefault="00000000">
            <w:pPr>
              <w:autoSpaceDE w:val="0"/>
              <w:autoSpaceDN w:val="0"/>
              <w:spacing w:before="10" w:after="0" w:line="280" w:lineRule="exact"/>
              <w:jc w:val="center"/>
            </w:pPr>
            <w:r>
              <w:rPr>
                <w:rFonts w:ascii="TimesNewRomanPSMT" w:eastAsia="TimesNewRomanPSMT" w:hAnsi="TimesNewRomanPSMT"/>
                <w:color w:val="000000"/>
                <w:sz w:val="21"/>
              </w:rPr>
              <w:t xml:space="preserve">Polarization </w:t>
            </w:r>
          </w:p>
        </w:tc>
        <w:tc>
          <w:tcPr>
            <w:tcW w:w="6752" w:type="dxa"/>
            <w:gridSpan w:val="6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tcMar>
              <w:left w:w="0" w:type="dxa"/>
              <w:right w:w="0" w:type="dxa"/>
            </w:tcMar>
          </w:tcPr>
          <w:p w:rsidR="004238BA" w:rsidRDefault="00000000">
            <w:pPr>
              <w:autoSpaceDE w:val="0"/>
              <w:autoSpaceDN w:val="0"/>
              <w:spacing w:before="10" w:after="0" w:line="280" w:lineRule="exact"/>
              <w:jc w:val="center"/>
            </w:pPr>
            <w:r>
              <w:rPr>
                <w:rFonts w:ascii="TimesNewRomanPSMT" w:eastAsia="TimesNewRomanPSMT" w:hAnsi="TimesNewRomanPSMT"/>
                <w:color w:val="000000"/>
                <w:sz w:val="21"/>
              </w:rPr>
              <w:t xml:space="preserve">Horizontal and Vertical </w:t>
            </w:r>
          </w:p>
        </w:tc>
      </w:tr>
      <w:tr w:rsidR="004238BA">
        <w:trPr>
          <w:trHeight w:hRule="exact" w:val="632"/>
        </w:trPr>
        <w:tc>
          <w:tcPr>
            <w:tcW w:w="1772" w:type="dxa"/>
            <w:tcBorders>
              <w:top w:val="single" w:sz="4" w:space="0" w:color="000000"/>
              <w:left w:val="single" w:sz="3" w:space="0" w:color="000000"/>
              <w:bottom w:val="single" w:sz="4" w:space="0" w:color="000000"/>
              <w:right w:val="single" w:sz="4" w:space="0" w:color="000000"/>
            </w:tcBorders>
            <w:tcMar>
              <w:left w:w="0" w:type="dxa"/>
              <w:right w:w="0" w:type="dxa"/>
            </w:tcMar>
          </w:tcPr>
          <w:p w:rsidR="004238BA" w:rsidRDefault="00000000">
            <w:pPr>
              <w:autoSpaceDE w:val="0"/>
              <w:autoSpaceDN w:val="0"/>
              <w:spacing w:after="0" w:line="298" w:lineRule="exact"/>
              <w:ind w:left="144" w:right="144"/>
              <w:jc w:val="center"/>
            </w:pPr>
            <w:r>
              <w:rPr>
                <w:rFonts w:ascii="TimesNewRomanPSMT" w:eastAsia="TimesNewRomanPSMT" w:hAnsi="TimesNewRomanPSMT"/>
                <w:color w:val="000000"/>
                <w:sz w:val="21"/>
              </w:rPr>
              <w:t xml:space="preserve">Azimuth Beam Pattern </w:t>
            </w:r>
          </w:p>
        </w:tc>
        <w:tc>
          <w:tcPr>
            <w:tcW w:w="6752" w:type="dxa"/>
            <w:gridSpan w:val="6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tcMar>
              <w:left w:w="0" w:type="dxa"/>
              <w:right w:w="0" w:type="dxa"/>
            </w:tcMar>
          </w:tcPr>
          <w:p w:rsidR="004238BA" w:rsidRDefault="00000000">
            <w:pPr>
              <w:autoSpaceDE w:val="0"/>
              <w:autoSpaceDN w:val="0"/>
              <w:spacing w:before="162" w:after="0" w:line="280" w:lineRule="exact"/>
              <w:jc w:val="center"/>
            </w:pPr>
            <w:r>
              <w:rPr>
                <w:rFonts w:ascii="TimesNewRomanPSMT" w:eastAsia="TimesNewRomanPSMT" w:hAnsi="TimesNewRomanPSMT"/>
                <w:color w:val="000000"/>
                <w:sz w:val="21"/>
              </w:rPr>
              <w:t xml:space="preserve">Omni-directional </w:t>
            </w:r>
          </w:p>
        </w:tc>
      </w:tr>
      <w:tr w:rsidR="004238BA">
        <w:trPr>
          <w:trHeight w:hRule="exact" w:val="324"/>
        </w:trPr>
        <w:tc>
          <w:tcPr>
            <w:tcW w:w="1772" w:type="dxa"/>
            <w:tcBorders>
              <w:top w:val="single" w:sz="4" w:space="0" w:color="000000"/>
              <w:left w:val="single" w:sz="3" w:space="0" w:color="000000"/>
              <w:bottom w:val="single" w:sz="4" w:space="0" w:color="000000"/>
              <w:right w:val="single" w:sz="4" w:space="0" w:color="000000"/>
            </w:tcBorders>
            <w:tcMar>
              <w:left w:w="0" w:type="dxa"/>
              <w:right w:w="0" w:type="dxa"/>
            </w:tcMar>
          </w:tcPr>
          <w:p w:rsidR="004238BA" w:rsidRDefault="00000000">
            <w:pPr>
              <w:autoSpaceDE w:val="0"/>
              <w:autoSpaceDN w:val="0"/>
              <w:spacing w:before="10" w:after="0" w:line="280" w:lineRule="exact"/>
              <w:jc w:val="center"/>
            </w:pPr>
            <w:r>
              <w:rPr>
                <w:rFonts w:ascii="TimesNewRomanPSMT" w:eastAsia="TimesNewRomanPSMT" w:hAnsi="TimesNewRomanPSMT"/>
                <w:color w:val="000000"/>
                <w:sz w:val="21"/>
              </w:rPr>
              <w:t xml:space="preserve">Impedance </w:t>
            </w:r>
          </w:p>
        </w:tc>
        <w:tc>
          <w:tcPr>
            <w:tcW w:w="6752" w:type="dxa"/>
            <w:gridSpan w:val="6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tcMar>
              <w:left w:w="0" w:type="dxa"/>
              <w:right w:w="0" w:type="dxa"/>
            </w:tcMar>
          </w:tcPr>
          <w:p w:rsidR="004238BA" w:rsidRDefault="00000000">
            <w:pPr>
              <w:autoSpaceDE w:val="0"/>
              <w:autoSpaceDN w:val="0"/>
              <w:spacing w:before="10" w:after="0" w:line="280" w:lineRule="exact"/>
              <w:jc w:val="center"/>
            </w:pPr>
            <w:r>
              <w:rPr>
                <w:rFonts w:ascii="TimesNewRomanPSMT" w:eastAsia="TimesNewRomanPSMT" w:hAnsi="TimesNewRomanPSMT"/>
                <w:color w:val="000000"/>
                <w:sz w:val="21"/>
              </w:rPr>
              <w:t xml:space="preserve">50 Ohm </w:t>
            </w:r>
          </w:p>
        </w:tc>
      </w:tr>
      <w:tr w:rsidR="004238BA">
        <w:trPr>
          <w:trHeight w:hRule="exact" w:val="320"/>
        </w:trPr>
        <w:tc>
          <w:tcPr>
            <w:tcW w:w="1772" w:type="dxa"/>
            <w:tcBorders>
              <w:top w:val="single" w:sz="4" w:space="0" w:color="000000"/>
              <w:left w:val="single" w:sz="3" w:space="0" w:color="000000"/>
              <w:bottom w:val="single" w:sz="4" w:space="0" w:color="000000"/>
              <w:right w:val="single" w:sz="4" w:space="0" w:color="000000"/>
            </w:tcBorders>
            <w:tcMar>
              <w:left w:w="0" w:type="dxa"/>
              <w:right w:w="0" w:type="dxa"/>
            </w:tcMar>
          </w:tcPr>
          <w:p w:rsidR="004238BA" w:rsidRDefault="00000000">
            <w:pPr>
              <w:autoSpaceDE w:val="0"/>
              <w:autoSpaceDN w:val="0"/>
              <w:spacing w:before="8" w:after="0" w:line="280" w:lineRule="exact"/>
              <w:jc w:val="center"/>
            </w:pPr>
            <w:r>
              <w:rPr>
                <w:rFonts w:ascii="TimesNewRomanPSMT" w:eastAsia="TimesNewRomanPSMT" w:hAnsi="TimesNewRomanPSMT"/>
                <w:color w:val="000000"/>
                <w:sz w:val="21"/>
              </w:rPr>
              <w:t xml:space="preserve">Antenna Length </w:t>
            </w:r>
          </w:p>
        </w:tc>
        <w:tc>
          <w:tcPr>
            <w:tcW w:w="6752" w:type="dxa"/>
            <w:gridSpan w:val="6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tcMar>
              <w:left w:w="0" w:type="dxa"/>
              <w:right w:w="0" w:type="dxa"/>
            </w:tcMar>
          </w:tcPr>
          <w:p w:rsidR="004238BA" w:rsidRDefault="00000000">
            <w:pPr>
              <w:autoSpaceDE w:val="0"/>
              <w:autoSpaceDN w:val="0"/>
              <w:spacing w:before="8" w:after="0" w:line="280" w:lineRule="exact"/>
              <w:jc w:val="center"/>
            </w:pPr>
            <w:r>
              <w:rPr>
                <w:rFonts w:ascii="TimesNewRomanPSMT" w:eastAsia="TimesNewRomanPSMT" w:hAnsi="TimesNewRomanPSMT"/>
                <w:color w:val="000000"/>
                <w:sz w:val="21"/>
              </w:rPr>
              <w:t xml:space="preserve">38.20mm </w:t>
            </w:r>
          </w:p>
        </w:tc>
      </w:tr>
      <w:tr w:rsidR="004238BA">
        <w:trPr>
          <w:trHeight w:hRule="exact" w:val="324"/>
        </w:trPr>
        <w:tc>
          <w:tcPr>
            <w:tcW w:w="1772" w:type="dxa"/>
            <w:tcBorders>
              <w:top w:val="single" w:sz="4" w:space="0" w:color="000000"/>
              <w:left w:val="single" w:sz="3" w:space="0" w:color="000000"/>
              <w:bottom w:val="single" w:sz="4" w:space="0" w:color="000000"/>
              <w:right w:val="single" w:sz="4" w:space="0" w:color="000000"/>
            </w:tcBorders>
            <w:tcMar>
              <w:left w:w="0" w:type="dxa"/>
              <w:right w:w="0" w:type="dxa"/>
            </w:tcMar>
          </w:tcPr>
          <w:p w:rsidR="004238BA" w:rsidRDefault="00000000">
            <w:pPr>
              <w:autoSpaceDE w:val="0"/>
              <w:autoSpaceDN w:val="0"/>
              <w:spacing w:before="8" w:after="0" w:line="282" w:lineRule="exact"/>
              <w:jc w:val="center"/>
            </w:pPr>
            <w:r>
              <w:rPr>
                <w:rFonts w:ascii="TimesNewRomanPSMT" w:eastAsia="TimesNewRomanPSMT" w:hAnsi="TimesNewRomanPSMT"/>
                <w:color w:val="000000"/>
                <w:sz w:val="21"/>
              </w:rPr>
              <w:t xml:space="preserve">Manufacture </w:t>
            </w:r>
          </w:p>
        </w:tc>
        <w:tc>
          <w:tcPr>
            <w:tcW w:w="6752" w:type="dxa"/>
            <w:gridSpan w:val="6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tcMar>
              <w:left w:w="0" w:type="dxa"/>
              <w:right w:w="0" w:type="dxa"/>
            </w:tcMar>
          </w:tcPr>
          <w:p w:rsidR="004238BA" w:rsidRDefault="00181832">
            <w:pPr>
              <w:autoSpaceDE w:val="0"/>
              <w:autoSpaceDN w:val="0"/>
              <w:spacing w:before="8" w:after="0" w:line="282" w:lineRule="exact"/>
              <w:jc w:val="center"/>
            </w:pPr>
            <w:r>
              <w:rPr>
                <w:rFonts w:ascii="TimesNewRomanPSMT" w:eastAsia="宋体" w:hAnsi="TimesNewRomanPSMT" w:hint="eastAsia"/>
                <w:color w:val="000033"/>
                <w:sz w:val="21"/>
                <w:lang w:eastAsia="zh-CN"/>
              </w:rPr>
              <w:t xml:space="preserve">SHENZHEN </w:t>
            </w:r>
            <w:r w:rsidR="00672D15">
              <w:rPr>
                <w:rFonts w:ascii="TimesNewRomanPSMT" w:eastAsia="宋体" w:hAnsi="TimesNewRomanPSMT" w:hint="eastAsia"/>
                <w:color w:val="000033"/>
                <w:sz w:val="21"/>
                <w:lang w:eastAsia="zh-CN"/>
              </w:rPr>
              <w:t xml:space="preserve">BATWIRELESS </w:t>
            </w:r>
            <w:r>
              <w:rPr>
                <w:rFonts w:ascii="TimesNewRomanPSMT" w:eastAsia="TimesNewRomanPSMT" w:hAnsi="TimesNewRomanPSMT"/>
                <w:color w:val="000033"/>
                <w:sz w:val="21"/>
              </w:rPr>
              <w:t>TECHNOLOGY CO.,LTD</w:t>
            </w:r>
          </w:p>
        </w:tc>
      </w:tr>
    </w:tbl>
    <w:p w:rsidR="004238BA" w:rsidRDefault="00000000">
      <w:pPr>
        <w:autoSpaceDE w:val="0"/>
        <w:autoSpaceDN w:val="0"/>
        <w:spacing w:before="742" w:after="0" w:line="372" w:lineRule="exact"/>
        <w:jc w:val="center"/>
      </w:pPr>
      <w:r>
        <w:rPr>
          <w:rFonts w:ascii="TimesNewRomanPSMT" w:eastAsia="TimesNewRomanPSMT" w:hAnsi="TimesNewRomanPSMT"/>
          <w:color w:val="000000"/>
          <w:sz w:val="28"/>
        </w:rPr>
        <w:t xml:space="preserve">Antenna Photo &amp; Length (mm) </w:t>
      </w:r>
    </w:p>
    <w:p w:rsidR="004238BA" w:rsidRDefault="00000000">
      <w:pPr>
        <w:autoSpaceDE w:val="0"/>
        <w:autoSpaceDN w:val="0"/>
        <w:spacing w:before="142" w:after="0" w:line="240" w:lineRule="auto"/>
        <w:jc w:val="center"/>
      </w:pPr>
      <w:r>
        <w:rPr>
          <w:noProof/>
        </w:rPr>
        <w:drawing>
          <wp:inline distT="0" distB="0" distL="0" distR="0">
            <wp:extent cx="5274310" cy="1772919"/>
            <wp:effectExtent l="0" t="0" r="0" b="0"/>
            <wp:docPr id="1" name="Picture 1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image.png"/>
                    <pic:cNvPicPr/>
                  </pic:nvPicPr>
                  <pic:blipFill>
                    <a:blip r:embed="rId6"/>
                    <a:stretch>
                      <a:fillRect/>
                    </a:stretch>
                  </pic:blipFill>
                  <pic:spPr>
                    <a:xfrm>
                      <a:off x="0" y="0"/>
                      <a:ext cx="5274310" cy="1772919"/>
                    </a:xfrm>
                    <a:prstGeom prst="rect">
                      <a:avLst/>
                    </a:prstGeom>
                  </pic:spPr>
                </pic:pic>
              </a:graphicData>
            </a:graphic>
          </wp:inline>
        </w:drawing>
      </w:r>
    </w:p>
    <w:p w:rsidR="004238BA" w:rsidRDefault="004238BA">
      <w:pPr>
        <w:sectPr w:rsidR="004238BA">
          <w:pgSz w:w="11904" w:h="16840"/>
          <w:pgMar w:top="766" w:right="1440" w:bottom="1440" w:left="1440" w:header="720" w:footer="720" w:gutter="0"/>
          <w:cols w:space="720" w:equalWidth="0">
            <w:col w:w="9024" w:space="0"/>
          </w:cols>
          <w:docGrid w:linePitch="360"/>
        </w:sectPr>
      </w:pPr>
    </w:p>
    <w:p w:rsidR="004238BA" w:rsidRDefault="004238BA">
      <w:pPr>
        <w:autoSpaceDE w:val="0"/>
        <w:autoSpaceDN w:val="0"/>
        <w:spacing w:after="492" w:line="220" w:lineRule="exact"/>
      </w:pPr>
    </w:p>
    <w:p w:rsidR="004238BA" w:rsidRDefault="00000000">
      <w:pPr>
        <w:autoSpaceDE w:val="0"/>
        <w:autoSpaceDN w:val="0"/>
        <w:spacing w:after="0" w:line="328" w:lineRule="exact"/>
        <w:ind w:left="360"/>
      </w:pPr>
      <w:r>
        <w:rPr>
          <w:rFonts w:ascii="ArialMT" w:eastAsia="ArialMT" w:hAnsi="ArialMT"/>
          <w:color w:val="000000"/>
        </w:rPr>
        <w:t xml:space="preserve">Horizontal: </w:t>
      </w:r>
      <w:r>
        <w:rPr>
          <w:rFonts w:ascii="ArialMT" w:eastAsia="ArialMT" w:hAnsi="ArialMT"/>
          <w:color w:val="FF0000"/>
          <w:sz w:val="24"/>
        </w:rPr>
        <w:t xml:space="preserve">2400 MHz </w:t>
      </w:r>
      <w:r>
        <w:rPr>
          <w:rFonts w:ascii="ArialMT" w:eastAsia="ArialMT" w:hAnsi="ArialMT"/>
          <w:color w:val="00FF00"/>
          <w:sz w:val="24"/>
        </w:rPr>
        <w:t xml:space="preserve">2450 MHz </w:t>
      </w:r>
      <w:r>
        <w:rPr>
          <w:rFonts w:ascii="ArialMT" w:eastAsia="ArialMT" w:hAnsi="ArialMT"/>
          <w:color w:val="0000FF"/>
          <w:sz w:val="24"/>
        </w:rPr>
        <w:t xml:space="preserve">2500 MHz </w:t>
      </w:r>
    </w:p>
    <w:p w:rsidR="004238BA" w:rsidRDefault="00000000">
      <w:pPr>
        <w:autoSpaceDE w:val="0"/>
        <w:autoSpaceDN w:val="0"/>
        <w:spacing w:before="22" w:after="0" w:line="262" w:lineRule="exact"/>
        <w:ind w:left="360"/>
      </w:pPr>
      <w:r>
        <w:rPr>
          <w:rFonts w:ascii="Arial" w:eastAsia="Arial" w:hAnsi="Arial"/>
          <w:b/>
          <w:color w:val="000000"/>
          <w:sz w:val="19"/>
        </w:rPr>
        <w:t xml:space="preserve">Power (dBm) </w:t>
      </w:r>
    </w:p>
    <w:p w:rsidR="004238BA" w:rsidRDefault="00000000">
      <w:pPr>
        <w:autoSpaceDE w:val="0"/>
        <w:autoSpaceDN w:val="0"/>
        <w:spacing w:before="12" w:after="0" w:line="328" w:lineRule="exact"/>
        <w:ind w:left="360"/>
      </w:pPr>
      <w:r>
        <w:rPr>
          <w:rFonts w:ascii="ArialMT" w:eastAsia="ArialMT" w:hAnsi="ArialMT"/>
          <w:color w:val="000000"/>
          <w:sz w:val="24"/>
        </w:rPr>
        <w:t xml:space="preserve">Max: 0 Min: -40 Scale: 5/div </w:t>
      </w:r>
    </w:p>
    <w:p w:rsidR="004238BA" w:rsidRDefault="00000000">
      <w:pPr>
        <w:autoSpaceDE w:val="0"/>
        <w:autoSpaceDN w:val="0"/>
        <w:spacing w:before="768" w:after="764" w:line="240" w:lineRule="auto"/>
        <w:jc w:val="center"/>
      </w:pPr>
      <w:r>
        <w:rPr>
          <w:noProof/>
        </w:rPr>
        <w:drawing>
          <wp:inline distT="0" distB="0" distL="0" distR="0">
            <wp:extent cx="5276850" cy="5367020"/>
            <wp:effectExtent l="0" t="0" r="0" b="0"/>
            <wp:docPr id="2" name="Picture 2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image.png"/>
                    <pic:cNvPicPr/>
                  </pic:nvPicPr>
                  <pic:blipFill>
                    <a:blip r:embed="rId7"/>
                    <a:stretch>
                      <a:fillRect/>
                    </a:stretch>
                  </pic:blipFill>
                  <pic:spPr>
                    <a:xfrm>
                      <a:off x="0" y="0"/>
                      <a:ext cx="5276850" cy="5367020"/>
                    </a:xfrm>
                    <a:prstGeom prst="rect">
                      <a:avLst/>
                    </a:prstGeom>
                  </pic:spPr>
                </pic:pic>
              </a:graphicData>
            </a:graphic>
          </wp:inline>
        </w:drawing>
      </w:r>
    </w:p>
    <w:tbl>
      <w:tblPr>
        <w:tblW w:w="0" w:type="auto"/>
        <w:tblInd w:w="251" w:type="dxa"/>
        <w:tblLayout w:type="fixed"/>
        <w:tblLook w:val="04A0" w:firstRow="1" w:lastRow="0" w:firstColumn="1" w:lastColumn="0" w:noHBand="0" w:noVBand="1"/>
      </w:tblPr>
      <w:tblGrid>
        <w:gridCol w:w="2130"/>
        <w:gridCol w:w="2130"/>
        <w:gridCol w:w="2130"/>
        <w:gridCol w:w="2134"/>
      </w:tblGrid>
      <w:tr w:rsidR="004238BA">
        <w:trPr>
          <w:trHeight w:hRule="exact" w:val="324"/>
        </w:trPr>
        <w:tc>
          <w:tcPr>
            <w:tcW w:w="2130" w:type="dxa"/>
            <w:vMerge w:val="restart"/>
            <w:tcBorders>
              <w:top w:val="single" w:sz="4" w:space="0" w:color="000000"/>
              <w:left w:val="single" w:sz="3" w:space="0" w:color="000000"/>
              <w:bottom w:val="single" w:sz="4" w:space="0" w:color="000000"/>
              <w:right w:val="single" w:sz="3" w:space="0" w:color="000000"/>
            </w:tcBorders>
            <w:tcMar>
              <w:left w:w="0" w:type="dxa"/>
              <w:right w:w="0" w:type="dxa"/>
            </w:tcMar>
          </w:tcPr>
          <w:p w:rsidR="004238BA" w:rsidRDefault="00000000">
            <w:pPr>
              <w:autoSpaceDE w:val="0"/>
              <w:autoSpaceDN w:val="0"/>
              <w:spacing w:after="0" w:line="302" w:lineRule="exact"/>
              <w:ind w:left="576" w:right="432"/>
              <w:jc w:val="center"/>
            </w:pPr>
            <w:r>
              <w:rPr>
                <w:rFonts w:ascii="TimesNewRomanPSMT" w:eastAsia="TimesNewRomanPSMT" w:hAnsi="TimesNewRomanPSMT"/>
                <w:color w:val="000000"/>
                <w:sz w:val="21"/>
              </w:rPr>
              <w:t xml:space="preserve">Frequency </w:t>
            </w:r>
            <w:r>
              <w:br/>
            </w:r>
            <w:r>
              <w:rPr>
                <w:rFonts w:ascii="TimesNewRomanPSMT" w:eastAsia="TimesNewRomanPSMT" w:hAnsi="TimesNewRomanPSMT"/>
                <w:color w:val="000000"/>
                <w:sz w:val="21"/>
              </w:rPr>
              <w:t xml:space="preserve">(MHz) </w:t>
            </w:r>
          </w:p>
        </w:tc>
        <w:tc>
          <w:tcPr>
            <w:tcW w:w="6394" w:type="dxa"/>
            <w:gridSpan w:val="3"/>
            <w:tcBorders>
              <w:top w:val="single" w:sz="4" w:space="0" w:color="000000"/>
              <w:left w:val="single" w:sz="3" w:space="0" w:color="000000"/>
              <w:bottom w:val="single" w:sz="4" w:space="0" w:color="000000"/>
              <w:right w:val="single" w:sz="4" w:space="0" w:color="000000"/>
            </w:tcBorders>
            <w:tcMar>
              <w:left w:w="0" w:type="dxa"/>
              <w:right w:w="0" w:type="dxa"/>
            </w:tcMar>
          </w:tcPr>
          <w:p w:rsidR="004238BA" w:rsidRDefault="00000000">
            <w:pPr>
              <w:autoSpaceDE w:val="0"/>
              <w:autoSpaceDN w:val="0"/>
              <w:spacing w:before="8" w:after="0" w:line="282" w:lineRule="exact"/>
              <w:jc w:val="center"/>
            </w:pPr>
            <w:r>
              <w:rPr>
                <w:rFonts w:ascii="TimesNewRomanPSMT" w:eastAsia="TimesNewRomanPSMT" w:hAnsi="TimesNewRomanPSMT"/>
                <w:color w:val="000000"/>
                <w:sz w:val="21"/>
              </w:rPr>
              <w:t xml:space="preserve">Gain(dB) </w:t>
            </w:r>
          </w:p>
        </w:tc>
      </w:tr>
      <w:tr w:rsidR="004238BA">
        <w:trPr>
          <w:trHeight w:hRule="exact" w:val="322"/>
        </w:trPr>
        <w:tc>
          <w:tcPr>
            <w:tcW w:w="2256" w:type="dxa"/>
            <w:vMerge/>
            <w:tcBorders>
              <w:top w:val="single" w:sz="4" w:space="0" w:color="000000"/>
              <w:left w:val="single" w:sz="3" w:space="0" w:color="000000"/>
              <w:bottom w:val="single" w:sz="4" w:space="0" w:color="000000"/>
              <w:right w:val="single" w:sz="3" w:space="0" w:color="000000"/>
            </w:tcBorders>
          </w:tcPr>
          <w:p w:rsidR="004238BA" w:rsidRDefault="004238BA"/>
        </w:tc>
        <w:tc>
          <w:tcPr>
            <w:tcW w:w="2130" w:type="dxa"/>
            <w:tcBorders>
              <w:top w:val="single" w:sz="4" w:space="0" w:color="000000"/>
              <w:left w:val="single" w:sz="3" w:space="0" w:color="000000"/>
              <w:bottom w:val="single" w:sz="4" w:space="0" w:color="000000"/>
              <w:right w:val="single" w:sz="3" w:space="0" w:color="000000"/>
            </w:tcBorders>
            <w:tcMar>
              <w:left w:w="0" w:type="dxa"/>
              <w:right w:w="0" w:type="dxa"/>
            </w:tcMar>
          </w:tcPr>
          <w:p w:rsidR="004238BA" w:rsidRDefault="00000000">
            <w:pPr>
              <w:autoSpaceDE w:val="0"/>
              <w:autoSpaceDN w:val="0"/>
              <w:spacing w:before="8" w:after="0" w:line="280" w:lineRule="exact"/>
              <w:jc w:val="center"/>
            </w:pPr>
            <w:r>
              <w:rPr>
                <w:rFonts w:ascii="TimesNewRomanPSMT" w:eastAsia="TimesNewRomanPSMT" w:hAnsi="TimesNewRomanPSMT"/>
                <w:color w:val="000000"/>
                <w:sz w:val="21"/>
              </w:rPr>
              <w:t xml:space="preserve">Max </w:t>
            </w:r>
          </w:p>
        </w:tc>
        <w:tc>
          <w:tcPr>
            <w:tcW w:w="2130" w:type="dxa"/>
            <w:tcBorders>
              <w:top w:val="single" w:sz="4" w:space="0" w:color="000000"/>
              <w:left w:val="single" w:sz="3" w:space="0" w:color="000000"/>
              <w:bottom w:val="single" w:sz="4" w:space="0" w:color="000000"/>
              <w:right w:val="single" w:sz="4" w:space="0" w:color="000000"/>
            </w:tcBorders>
            <w:tcMar>
              <w:left w:w="0" w:type="dxa"/>
              <w:right w:w="0" w:type="dxa"/>
            </w:tcMar>
          </w:tcPr>
          <w:p w:rsidR="004238BA" w:rsidRDefault="00000000">
            <w:pPr>
              <w:autoSpaceDE w:val="0"/>
              <w:autoSpaceDN w:val="0"/>
              <w:spacing w:before="8" w:after="0" w:line="280" w:lineRule="exact"/>
              <w:jc w:val="center"/>
            </w:pPr>
            <w:r>
              <w:rPr>
                <w:rFonts w:ascii="TimesNewRomanPSMT" w:eastAsia="TimesNewRomanPSMT" w:hAnsi="TimesNewRomanPSMT"/>
                <w:color w:val="000000"/>
                <w:sz w:val="21"/>
              </w:rPr>
              <w:t xml:space="preserve">Min </w:t>
            </w:r>
          </w:p>
        </w:tc>
        <w:tc>
          <w:tcPr>
            <w:tcW w:w="2134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tcMar>
              <w:left w:w="0" w:type="dxa"/>
              <w:right w:w="0" w:type="dxa"/>
            </w:tcMar>
          </w:tcPr>
          <w:p w:rsidR="004238BA" w:rsidRDefault="00000000">
            <w:pPr>
              <w:autoSpaceDE w:val="0"/>
              <w:autoSpaceDN w:val="0"/>
              <w:spacing w:before="8" w:after="0" w:line="280" w:lineRule="exact"/>
              <w:jc w:val="center"/>
            </w:pPr>
            <w:r>
              <w:rPr>
                <w:rFonts w:ascii="TimesNewRomanPSMT" w:eastAsia="TimesNewRomanPSMT" w:hAnsi="TimesNewRomanPSMT"/>
                <w:color w:val="000000"/>
                <w:sz w:val="21"/>
              </w:rPr>
              <w:t xml:space="preserve">Avg </w:t>
            </w:r>
          </w:p>
        </w:tc>
      </w:tr>
      <w:tr w:rsidR="004238BA">
        <w:trPr>
          <w:trHeight w:hRule="exact" w:val="320"/>
        </w:trPr>
        <w:tc>
          <w:tcPr>
            <w:tcW w:w="2130" w:type="dxa"/>
            <w:tcBorders>
              <w:top w:val="single" w:sz="4" w:space="0" w:color="000000"/>
              <w:left w:val="single" w:sz="3" w:space="0" w:color="000000"/>
              <w:bottom w:val="single" w:sz="4" w:space="0" w:color="000000"/>
              <w:right w:val="single" w:sz="3" w:space="0" w:color="000000"/>
            </w:tcBorders>
            <w:tcMar>
              <w:left w:w="0" w:type="dxa"/>
              <w:right w:w="0" w:type="dxa"/>
            </w:tcMar>
          </w:tcPr>
          <w:p w:rsidR="004238BA" w:rsidRDefault="00000000">
            <w:pPr>
              <w:autoSpaceDE w:val="0"/>
              <w:autoSpaceDN w:val="0"/>
              <w:spacing w:before="8" w:after="0" w:line="280" w:lineRule="exact"/>
              <w:jc w:val="center"/>
            </w:pPr>
            <w:r>
              <w:rPr>
                <w:rFonts w:ascii="TimesNewRomanPSMT" w:eastAsia="TimesNewRomanPSMT" w:hAnsi="TimesNewRomanPSMT"/>
                <w:color w:val="000000"/>
                <w:sz w:val="21"/>
              </w:rPr>
              <w:t xml:space="preserve">2400 </w:t>
            </w:r>
          </w:p>
        </w:tc>
        <w:tc>
          <w:tcPr>
            <w:tcW w:w="2130" w:type="dxa"/>
            <w:tcBorders>
              <w:top w:val="single" w:sz="4" w:space="0" w:color="000000"/>
              <w:left w:val="single" w:sz="3" w:space="0" w:color="000000"/>
              <w:bottom w:val="single" w:sz="4" w:space="0" w:color="000000"/>
              <w:right w:val="single" w:sz="3" w:space="0" w:color="000000"/>
            </w:tcBorders>
            <w:tcMar>
              <w:left w:w="0" w:type="dxa"/>
              <w:right w:w="0" w:type="dxa"/>
            </w:tcMar>
          </w:tcPr>
          <w:p w:rsidR="004238BA" w:rsidRDefault="00000000">
            <w:pPr>
              <w:autoSpaceDE w:val="0"/>
              <w:autoSpaceDN w:val="0"/>
              <w:spacing w:before="8" w:after="0" w:line="280" w:lineRule="exact"/>
              <w:jc w:val="center"/>
            </w:pPr>
            <w:r>
              <w:rPr>
                <w:rFonts w:ascii="TimesNewRomanPSMT" w:eastAsia="TimesNewRomanPSMT" w:hAnsi="TimesNewRomanPSMT"/>
                <w:color w:val="000000"/>
                <w:sz w:val="21"/>
              </w:rPr>
              <w:t xml:space="preserve">-1.26174 </w:t>
            </w:r>
          </w:p>
        </w:tc>
        <w:tc>
          <w:tcPr>
            <w:tcW w:w="2130" w:type="dxa"/>
            <w:tcBorders>
              <w:top w:val="single" w:sz="4" w:space="0" w:color="000000"/>
              <w:left w:val="single" w:sz="3" w:space="0" w:color="000000"/>
              <w:bottom w:val="single" w:sz="4" w:space="0" w:color="000000"/>
              <w:right w:val="single" w:sz="4" w:space="0" w:color="000000"/>
            </w:tcBorders>
            <w:tcMar>
              <w:left w:w="0" w:type="dxa"/>
              <w:right w:w="0" w:type="dxa"/>
            </w:tcMar>
          </w:tcPr>
          <w:p w:rsidR="004238BA" w:rsidRDefault="00000000">
            <w:pPr>
              <w:autoSpaceDE w:val="0"/>
              <w:autoSpaceDN w:val="0"/>
              <w:spacing w:before="8" w:after="0" w:line="280" w:lineRule="exact"/>
              <w:jc w:val="center"/>
            </w:pPr>
            <w:r>
              <w:rPr>
                <w:rFonts w:ascii="TimesNewRomanPSMT" w:eastAsia="TimesNewRomanPSMT" w:hAnsi="TimesNewRomanPSMT"/>
                <w:color w:val="000000"/>
                <w:sz w:val="21"/>
              </w:rPr>
              <w:t xml:space="preserve">-30.0801 </w:t>
            </w:r>
          </w:p>
        </w:tc>
        <w:tc>
          <w:tcPr>
            <w:tcW w:w="2134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tcMar>
              <w:left w:w="0" w:type="dxa"/>
              <w:right w:w="0" w:type="dxa"/>
            </w:tcMar>
          </w:tcPr>
          <w:p w:rsidR="004238BA" w:rsidRDefault="00000000">
            <w:pPr>
              <w:autoSpaceDE w:val="0"/>
              <w:autoSpaceDN w:val="0"/>
              <w:spacing w:before="8" w:after="0" w:line="280" w:lineRule="exact"/>
              <w:jc w:val="center"/>
            </w:pPr>
            <w:r>
              <w:rPr>
                <w:rFonts w:ascii="TimesNewRomanPSMT" w:eastAsia="TimesNewRomanPSMT" w:hAnsi="TimesNewRomanPSMT"/>
                <w:color w:val="000000"/>
                <w:sz w:val="21"/>
              </w:rPr>
              <w:t xml:space="preserve">-7.18716 </w:t>
            </w:r>
          </w:p>
        </w:tc>
      </w:tr>
      <w:tr w:rsidR="004238BA">
        <w:trPr>
          <w:trHeight w:hRule="exact" w:val="322"/>
        </w:trPr>
        <w:tc>
          <w:tcPr>
            <w:tcW w:w="2130" w:type="dxa"/>
            <w:tcBorders>
              <w:top w:val="single" w:sz="4" w:space="0" w:color="000000"/>
              <w:left w:val="single" w:sz="3" w:space="0" w:color="000000"/>
              <w:bottom w:val="single" w:sz="4" w:space="0" w:color="000000"/>
              <w:right w:val="single" w:sz="3" w:space="0" w:color="000000"/>
            </w:tcBorders>
            <w:tcMar>
              <w:left w:w="0" w:type="dxa"/>
              <w:right w:w="0" w:type="dxa"/>
            </w:tcMar>
          </w:tcPr>
          <w:p w:rsidR="004238BA" w:rsidRDefault="00000000">
            <w:pPr>
              <w:autoSpaceDE w:val="0"/>
              <w:autoSpaceDN w:val="0"/>
              <w:spacing w:before="8" w:after="0" w:line="282" w:lineRule="exact"/>
              <w:jc w:val="center"/>
            </w:pPr>
            <w:r>
              <w:rPr>
                <w:rFonts w:ascii="TimesNewRomanPSMT" w:eastAsia="TimesNewRomanPSMT" w:hAnsi="TimesNewRomanPSMT"/>
                <w:color w:val="000000"/>
                <w:sz w:val="21"/>
              </w:rPr>
              <w:t xml:space="preserve">2450 </w:t>
            </w:r>
          </w:p>
        </w:tc>
        <w:tc>
          <w:tcPr>
            <w:tcW w:w="2130" w:type="dxa"/>
            <w:tcBorders>
              <w:top w:val="single" w:sz="4" w:space="0" w:color="000000"/>
              <w:left w:val="single" w:sz="3" w:space="0" w:color="000000"/>
              <w:bottom w:val="single" w:sz="4" w:space="0" w:color="000000"/>
              <w:right w:val="single" w:sz="3" w:space="0" w:color="000000"/>
            </w:tcBorders>
            <w:tcMar>
              <w:left w:w="0" w:type="dxa"/>
              <w:right w:w="0" w:type="dxa"/>
            </w:tcMar>
          </w:tcPr>
          <w:p w:rsidR="004238BA" w:rsidRDefault="00000000">
            <w:pPr>
              <w:autoSpaceDE w:val="0"/>
              <w:autoSpaceDN w:val="0"/>
              <w:spacing w:before="8" w:after="0" w:line="282" w:lineRule="exact"/>
              <w:jc w:val="center"/>
            </w:pPr>
            <w:r>
              <w:rPr>
                <w:rFonts w:ascii="TimesNewRomanPSMT" w:eastAsia="TimesNewRomanPSMT" w:hAnsi="TimesNewRomanPSMT"/>
                <w:color w:val="000000"/>
                <w:sz w:val="21"/>
              </w:rPr>
              <w:t xml:space="preserve">-0.765802 </w:t>
            </w:r>
          </w:p>
        </w:tc>
        <w:tc>
          <w:tcPr>
            <w:tcW w:w="2130" w:type="dxa"/>
            <w:tcBorders>
              <w:top w:val="single" w:sz="4" w:space="0" w:color="000000"/>
              <w:left w:val="single" w:sz="3" w:space="0" w:color="000000"/>
              <w:bottom w:val="single" w:sz="4" w:space="0" w:color="000000"/>
              <w:right w:val="single" w:sz="4" w:space="0" w:color="000000"/>
            </w:tcBorders>
            <w:tcMar>
              <w:left w:w="0" w:type="dxa"/>
              <w:right w:w="0" w:type="dxa"/>
            </w:tcMar>
          </w:tcPr>
          <w:p w:rsidR="004238BA" w:rsidRDefault="00000000">
            <w:pPr>
              <w:autoSpaceDE w:val="0"/>
              <w:autoSpaceDN w:val="0"/>
              <w:spacing w:before="8" w:after="0" w:line="282" w:lineRule="exact"/>
              <w:jc w:val="center"/>
            </w:pPr>
            <w:r>
              <w:rPr>
                <w:rFonts w:ascii="TimesNewRomanPSMT" w:eastAsia="TimesNewRomanPSMT" w:hAnsi="TimesNewRomanPSMT"/>
                <w:color w:val="000000"/>
                <w:sz w:val="21"/>
              </w:rPr>
              <w:t xml:space="preserve">-36.5604 </w:t>
            </w:r>
          </w:p>
        </w:tc>
        <w:tc>
          <w:tcPr>
            <w:tcW w:w="2134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tcMar>
              <w:left w:w="0" w:type="dxa"/>
              <w:right w:w="0" w:type="dxa"/>
            </w:tcMar>
          </w:tcPr>
          <w:p w:rsidR="004238BA" w:rsidRDefault="00000000">
            <w:pPr>
              <w:autoSpaceDE w:val="0"/>
              <w:autoSpaceDN w:val="0"/>
              <w:spacing w:before="8" w:after="0" w:line="282" w:lineRule="exact"/>
              <w:jc w:val="center"/>
            </w:pPr>
            <w:r>
              <w:rPr>
                <w:rFonts w:ascii="TimesNewRomanPSMT" w:eastAsia="TimesNewRomanPSMT" w:hAnsi="TimesNewRomanPSMT"/>
                <w:color w:val="000000"/>
                <w:sz w:val="21"/>
              </w:rPr>
              <w:t xml:space="preserve">-7.48023 </w:t>
            </w:r>
          </w:p>
        </w:tc>
      </w:tr>
      <w:tr w:rsidR="004238BA">
        <w:trPr>
          <w:trHeight w:hRule="exact" w:val="304"/>
        </w:trPr>
        <w:tc>
          <w:tcPr>
            <w:tcW w:w="2130" w:type="dxa"/>
            <w:tcBorders>
              <w:top w:val="single" w:sz="4" w:space="0" w:color="000000"/>
              <w:left w:val="single" w:sz="3" w:space="0" w:color="000000"/>
              <w:bottom w:val="single" w:sz="4" w:space="0" w:color="000000"/>
              <w:right w:val="single" w:sz="3" w:space="0" w:color="000000"/>
            </w:tcBorders>
            <w:tcMar>
              <w:left w:w="0" w:type="dxa"/>
              <w:right w:w="0" w:type="dxa"/>
            </w:tcMar>
          </w:tcPr>
          <w:p w:rsidR="004238BA" w:rsidRDefault="00000000">
            <w:pPr>
              <w:autoSpaceDE w:val="0"/>
              <w:autoSpaceDN w:val="0"/>
              <w:spacing w:before="8" w:after="0" w:line="280" w:lineRule="exact"/>
              <w:jc w:val="center"/>
            </w:pPr>
            <w:r>
              <w:rPr>
                <w:rFonts w:ascii="TimesNewRomanPSMT" w:eastAsia="TimesNewRomanPSMT" w:hAnsi="TimesNewRomanPSMT"/>
                <w:color w:val="000000"/>
                <w:sz w:val="21"/>
              </w:rPr>
              <w:t xml:space="preserve">2500 </w:t>
            </w:r>
          </w:p>
        </w:tc>
        <w:tc>
          <w:tcPr>
            <w:tcW w:w="2130" w:type="dxa"/>
            <w:tcBorders>
              <w:top w:val="single" w:sz="4" w:space="0" w:color="000000"/>
              <w:left w:val="single" w:sz="3" w:space="0" w:color="000000"/>
              <w:bottom w:val="single" w:sz="4" w:space="0" w:color="000000"/>
              <w:right w:val="single" w:sz="3" w:space="0" w:color="000000"/>
            </w:tcBorders>
            <w:tcMar>
              <w:left w:w="0" w:type="dxa"/>
              <w:right w:w="0" w:type="dxa"/>
            </w:tcMar>
          </w:tcPr>
          <w:p w:rsidR="004238BA" w:rsidRDefault="00000000">
            <w:pPr>
              <w:autoSpaceDE w:val="0"/>
              <w:autoSpaceDN w:val="0"/>
              <w:spacing w:before="8" w:after="0" w:line="280" w:lineRule="exact"/>
              <w:jc w:val="center"/>
            </w:pPr>
            <w:r>
              <w:rPr>
                <w:rFonts w:ascii="TimesNewRomanPSMT" w:eastAsia="TimesNewRomanPSMT" w:hAnsi="TimesNewRomanPSMT"/>
                <w:color w:val="000000"/>
                <w:sz w:val="21"/>
              </w:rPr>
              <w:t xml:space="preserve">-0.585582 </w:t>
            </w:r>
          </w:p>
        </w:tc>
        <w:tc>
          <w:tcPr>
            <w:tcW w:w="2130" w:type="dxa"/>
            <w:tcBorders>
              <w:top w:val="single" w:sz="4" w:space="0" w:color="000000"/>
              <w:left w:val="single" w:sz="3" w:space="0" w:color="000000"/>
              <w:bottom w:val="single" w:sz="4" w:space="0" w:color="000000"/>
              <w:right w:val="single" w:sz="4" w:space="0" w:color="000000"/>
            </w:tcBorders>
            <w:tcMar>
              <w:left w:w="0" w:type="dxa"/>
              <w:right w:w="0" w:type="dxa"/>
            </w:tcMar>
          </w:tcPr>
          <w:p w:rsidR="004238BA" w:rsidRDefault="00000000">
            <w:pPr>
              <w:autoSpaceDE w:val="0"/>
              <w:autoSpaceDN w:val="0"/>
              <w:spacing w:before="8" w:after="0" w:line="280" w:lineRule="exact"/>
              <w:jc w:val="center"/>
            </w:pPr>
            <w:r>
              <w:rPr>
                <w:rFonts w:ascii="TimesNewRomanPSMT" w:eastAsia="TimesNewRomanPSMT" w:hAnsi="TimesNewRomanPSMT"/>
                <w:color w:val="000000"/>
                <w:sz w:val="21"/>
              </w:rPr>
              <w:t xml:space="preserve">-22.0315 </w:t>
            </w:r>
          </w:p>
        </w:tc>
        <w:tc>
          <w:tcPr>
            <w:tcW w:w="2134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tcMar>
              <w:left w:w="0" w:type="dxa"/>
              <w:right w:w="0" w:type="dxa"/>
            </w:tcMar>
          </w:tcPr>
          <w:p w:rsidR="004238BA" w:rsidRDefault="00000000">
            <w:pPr>
              <w:autoSpaceDE w:val="0"/>
              <w:autoSpaceDN w:val="0"/>
              <w:spacing w:before="8" w:after="0" w:line="280" w:lineRule="exact"/>
              <w:jc w:val="center"/>
            </w:pPr>
            <w:r>
              <w:rPr>
                <w:rFonts w:ascii="TimesNewRomanPSMT" w:eastAsia="TimesNewRomanPSMT" w:hAnsi="TimesNewRomanPSMT"/>
                <w:color w:val="000000"/>
                <w:sz w:val="21"/>
              </w:rPr>
              <w:t xml:space="preserve">-6.59127 </w:t>
            </w:r>
          </w:p>
        </w:tc>
      </w:tr>
    </w:tbl>
    <w:p w:rsidR="004238BA" w:rsidRDefault="004238BA">
      <w:pPr>
        <w:autoSpaceDE w:val="0"/>
        <w:autoSpaceDN w:val="0"/>
        <w:spacing w:after="0" w:line="14" w:lineRule="exact"/>
      </w:pPr>
    </w:p>
    <w:p w:rsidR="004238BA" w:rsidRDefault="004238BA">
      <w:pPr>
        <w:sectPr w:rsidR="004238BA">
          <w:pgSz w:w="11904" w:h="16840"/>
          <w:pgMar w:top="712" w:right="1440" w:bottom="1430" w:left="1440" w:header="720" w:footer="720" w:gutter="0"/>
          <w:cols w:space="720" w:equalWidth="0">
            <w:col w:w="9024" w:space="0"/>
          </w:cols>
          <w:docGrid w:linePitch="360"/>
        </w:sectPr>
      </w:pPr>
    </w:p>
    <w:p w:rsidR="004238BA" w:rsidRDefault="004238BA">
      <w:pPr>
        <w:autoSpaceDE w:val="0"/>
        <w:autoSpaceDN w:val="0"/>
        <w:spacing w:after="492" w:line="220" w:lineRule="exact"/>
      </w:pPr>
    </w:p>
    <w:p w:rsidR="004238BA" w:rsidRDefault="00000000">
      <w:pPr>
        <w:autoSpaceDE w:val="0"/>
        <w:autoSpaceDN w:val="0"/>
        <w:spacing w:after="0" w:line="422" w:lineRule="exact"/>
        <w:ind w:left="360" w:right="4320"/>
      </w:pPr>
      <w:r>
        <w:rPr>
          <w:rFonts w:ascii="ArialMT" w:eastAsia="ArialMT" w:hAnsi="ArialMT"/>
          <w:color w:val="000000"/>
        </w:rPr>
        <w:t xml:space="preserve">Vertical: </w:t>
      </w:r>
      <w:r>
        <w:rPr>
          <w:rFonts w:ascii="ArialMT" w:eastAsia="ArialMT" w:hAnsi="ArialMT"/>
          <w:color w:val="FF0000"/>
          <w:sz w:val="24"/>
        </w:rPr>
        <w:t xml:space="preserve">2400 MHz </w:t>
      </w:r>
      <w:r>
        <w:rPr>
          <w:rFonts w:ascii="ArialMT" w:eastAsia="ArialMT" w:hAnsi="ArialMT"/>
          <w:color w:val="00FF00"/>
          <w:sz w:val="24"/>
        </w:rPr>
        <w:t xml:space="preserve">2450 MHz </w:t>
      </w:r>
      <w:r>
        <w:rPr>
          <w:rFonts w:ascii="ArialMT" w:eastAsia="ArialMT" w:hAnsi="ArialMT"/>
          <w:color w:val="0000FF"/>
          <w:sz w:val="24"/>
        </w:rPr>
        <w:t xml:space="preserve">2500 MHz </w:t>
      </w:r>
      <w:r>
        <w:br/>
      </w:r>
      <w:r>
        <w:rPr>
          <w:rFonts w:ascii="ArialMT" w:eastAsia="ArialMT" w:hAnsi="ArialMT"/>
          <w:color w:val="000000"/>
          <w:sz w:val="24"/>
        </w:rPr>
        <w:t xml:space="preserve">Power (dBm) </w:t>
      </w:r>
      <w:r>
        <w:br/>
      </w:r>
      <w:r>
        <w:rPr>
          <w:rFonts w:ascii="ArialMT" w:eastAsia="ArialMT" w:hAnsi="ArialMT"/>
          <w:color w:val="000000"/>
          <w:sz w:val="24"/>
        </w:rPr>
        <w:t xml:space="preserve"> Max: 0 Min: -30 Scale: 5/div </w:t>
      </w:r>
    </w:p>
    <w:p w:rsidR="004238BA" w:rsidRDefault="00000000">
      <w:pPr>
        <w:autoSpaceDE w:val="0"/>
        <w:autoSpaceDN w:val="0"/>
        <w:spacing w:before="768" w:after="764" w:line="240" w:lineRule="auto"/>
        <w:jc w:val="center"/>
      </w:pPr>
      <w:r>
        <w:rPr>
          <w:noProof/>
        </w:rPr>
        <w:drawing>
          <wp:inline distT="0" distB="0" distL="0" distR="0">
            <wp:extent cx="5276850" cy="5367020"/>
            <wp:effectExtent l="0" t="0" r="0" b="0"/>
            <wp:docPr id="3" name="Picture 3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image.png"/>
                    <pic:cNvPicPr/>
                  </pic:nvPicPr>
                  <pic:blipFill>
                    <a:blip r:embed="rId8"/>
                    <a:stretch>
                      <a:fillRect/>
                    </a:stretch>
                  </pic:blipFill>
                  <pic:spPr>
                    <a:xfrm>
                      <a:off x="0" y="0"/>
                      <a:ext cx="5276850" cy="5367020"/>
                    </a:xfrm>
                    <a:prstGeom prst="rect">
                      <a:avLst/>
                    </a:prstGeom>
                  </pic:spPr>
                </pic:pic>
              </a:graphicData>
            </a:graphic>
          </wp:inline>
        </w:drawing>
      </w:r>
    </w:p>
    <w:tbl>
      <w:tblPr>
        <w:tblW w:w="0" w:type="auto"/>
        <w:tblInd w:w="251" w:type="dxa"/>
        <w:tblLayout w:type="fixed"/>
        <w:tblLook w:val="04A0" w:firstRow="1" w:lastRow="0" w:firstColumn="1" w:lastColumn="0" w:noHBand="0" w:noVBand="1"/>
      </w:tblPr>
      <w:tblGrid>
        <w:gridCol w:w="2130"/>
        <w:gridCol w:w="2130"/>
        <w:gridCol w:w="2130"/>
        <w:gridCol w:w="2134"/>
      </w:tblGrid>
      <w:tr w:rsidR="004238BA">
        <w:trPr>
          <w:trHeight w:hRule="exact" w:val="322"/>
        </w:trPr>
        <w:tc>
          <w:tcPr>
            <w:tcW w:w="2130" w:type="dxa"/>
            <w:vMerge w:val="restart"/>
            <w:tcBorders>
              <w:top w:val="single" w:sz="4" w:space="0" w:color="000000"/>
              <w:left w:val="single" w:sz="3" w:space="0" w:color="000000"/>
              <w:bottom w:val="single" w:sz="4" w:space="0" w:color="000000"/>
              <w:right w:val="single" w:sz="3" w:space="0" w:color="000000"/>
            </w:tcBorders>
            <w:tcMar>
              <w:left w:w="0" w:type="dxa"/>
              <w:right w:w="0" w:type="dxa"/>
            </w:tcMar>
          </w:tcPr>
          <w:p w:rsidR="004238BA" w:rsidRDefault="00000000">
            <w:pPr>
              <w:autoSpaceDE w:val="0"/>
              <w:autoSpaceDN w:val="0"/>
              <w:spacing w:after="0" w:line="302" w:lineRule="exact"/>
              <w:ind w:left="576" w:right="432"/>
              <w:jc w:val="center"/>
            </w:pPr>
            <w:r>
              <w:rPr>
                <w:rFonts w:ascii="TimesNewRomanPSMT" w:eastAsia="TimesNewRomanPSMT" w:hAnsi="TimesNewRomanPSMT"/>
                <w:color w:val="000000"/>
                <w:sz w:val="21"/>
              </w:rPr>
              <w:t xml:space="preserve">Frequency </w:t>
            </w:r>
            <w:r>
              <w:br/>
            </w:r>
            <w:r>
              <w:rPr>
                <w:rFonts w:ascii="TimesNewRomanPSMT" w:eastAsia="TimesNewRomanPSMT" w:hAnsi="TimesNewRomanPSMT"/>
                <w:color w:val="000000"/>
                <w:sz w:val="21"/>
              </w:rPr>
              <w:t xml:space="preserve">(MHz) </w:t>
            </w:r>
          </w:p>
        </w:tc>
        <w:tc>
          <w:tcPr>
            <w:tcW w:w="6394" w:type="dxa"/>
            <w:gridSpan w:val="3"/>
            <w:tcBorders>
              <w:top w:val="single" w:sz="4" w:space="0" w:color="000000"/>
              <w:left w:val="single" w:sz="3" w:space="0" w:color="000000"/>
              <w:bottom w:val="single" w:sz="4" w:space="0" w:color="000000"/>
              <w:right w:val="single" w:sz="4" w:space="0" w:color="000000"/>
            </w:tcBorders>
            <w:tcMar>
              <w:left w:w="0" w:type="dxa"/>
              <w:right w:w="0" w:type="dxa"/>
            </w:tcMar>
          </w:tcPr>
          <w:p w:rsidR="004238BA" w:rsidRDefault="00000000">
            <w:pPr>
              <w:autoSpaceDE w:val="0"/>
              <w:autoSpaceDN w:val="0"/>
              <w:spacing w:before="8" w:after="0" w:line="280" w:lineRule="exact"/>
              <w:jc w:val="center"/>
            </w:pPr>
            <w:r>
              <w:rPr>
                <w:rFonts w:ascii="TimesNewRomanPSMT" w:eastAsia="TimesNewRomanPSMT" w:hAnsi="TimesNewRomanPSMT"/>
                <w:color w:val="000000"/>
                <w:sz w:val="21"/>
              </w:rPr>
              <w:t xml:space="preserve">Gain(dB) </w:t>
            </w:r>
          </w:p>
        </w:tc>
      </w:tr>
      <w:tr w:rsidR="004238BA">
        <w:trPr>
          <w:trHeight w:hRule="exact" w:val="320"/>
        </w:trPr>
        <w:tc>
          <w:tcPr>
            <w:tcW w:w="2256" w:type="dxa"/>
            <w:vMerge/>
            <w:tcBorders>
              <w:top w:val="single" w:sz="4" w:space="0" w:color="000000"/>
              <w:left w:val="single" w:sz="3" w:space="0" w:color="000000"/>
              <w:bottom w:val="single" w:sz="4" w:space="0" w:color="000000"/>
              <w:right w:val="single" w:sz="3" w:space="0" w:color="000000"/>
            </w:tcBorders>
          </w:tcPr>
          <w:p w:rsidR="004238BA" w:rsidRDefault="004238BA"/>
        </w:tc>
        <w:tc>
          <w:tcPr>
            <w:tcW w:w="2130" w:type="dxa"/>
            <w:tcBorders>
              <w:top w:val="single" w:sz="4" w:space="0" w:color="000000"/>
              <w:left w:val="single" w:sz="3" w:space="0" w:color="000000"/>
              <w:bottom w:val="single" w:sz="4" w:space="0" w:color="000000"/>
              <w:right w:val="single" w:sz="3" w:space="0" w:color="000000"/>
            </w:tcBorders>
            <w:tcMar>
              <w:left w:w="0" w:type="dxa"/>
              <w:right w:w="0" w:type="dxa"/>
            </w:tcMar>
          </w:tcPr>
          <w:p w:rsidR="004238BA" w:rsidRDefault="00000000">
            <w:pPr>
              <w:autoSpaceDE w:val="0"/>
              <w:autoSpaceDN w:val="0"/>
              <w:spacing w:before="8" w:after="0" w:line="280" w:lineRule="exact"/>
              <w:jc w:val="center"/>
            </w:pPr>
            <w:r>
              <w:rPr>
                <w:rFonts w:ascii="TimesNewRomanPSMT" w:eastAsia="TimesNewRomanPSMT" w:hAnsi="TimesNewRomanPSMT"/>
                <w:color w:val="000000"/>
                <w:sz w:val="21"/>
              </w:rPr>
              <w:t xml:space="preserve">Max </w:t>
            </w:r>
          </w:p>
        </w:tc>
        <w:tc>
          <w:tcPr>
            <w:tcW w:w="2130" w:type="dxa"/>
            <w:tcBorders>
              <w:top w:val="single" w:sz="4" w:space="0" w:color="000000"/>
              <w:left w:val="single" w:sz="3" w:space="0" w:color="000000"/>
              <w:bottom w:val="single" w:sz="4" w:space="0" w:color="000000"/>
              <w:right w:val="single" w:sz="4" w:space="0" w:color="000000"/>
            </w:tcBorders>
            <w:tcMar>
              <w:left w:w="0" w:type="dxa"/>
              <w:right w:w="0" w:type="dxa"/>
            </w:tcMar>
          </w:tcPr>
          <w:p w:rsidR="004238BA" w:rsidRDefault="00000000">
            <w:pPr>
              <w:autoSpaceDE w:val="0"/>
              <w:autoSpaceDN w:val="0"/>
              <w:spacing w:before="8" w:after="0" w:line="280" w:lineRule="exact"/>
              <w:jc w:val="center"/>
            </w:pPr>
            <w:r>
              <w:rPr>
                <w:rFonts w:ascii="TimesNewRomanPSMT" w:eastAsia="TimesNewRomanPSMT" w:hAnsi="TimesNewRomanPSMT"/>
                <w:color w:val="000000"/>
                <w:sz w:val="21"/>
              </w:rPr>
              <w:t xml:space="preserve">Min </w:t>
            </w:r>
          </w:p>
        </w:tc>
        <w:tc>
          <w:tcPr>
            <w:tcW w:w="2134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tcMar>
              <w:left w:w="0" w:type="dxa"/>
              <w:right w:w="0" w:type="dxa"/>
            </w:tcMar>
          </w:tcPr>
          <w:p w:rsidR="004238BA" w:rsidRDefault="00000000">
            <w:pPr>
              <w:autoSpaceDE w:val="0"/>
              <w:autoSpaceDN w:val="0"/>
              <w:spacing w:before="8" w:after="0" w:line="280" w:lineRule="exact"/>
              <w:jc w:val="center"/>
            </w:pPr>
            <w:r>
              <w:rPr>
                <w:rFonts w:ascii="TimesNewRomanPSMT" w:eastAsia="TimesNewRomanPSMT" w:hAnsi="TimesNewRomanPSMT"/>
                <w:color w:val="000000"/>
                <w:sz w:val="21"/>
              </w:rPr>
              <w:t xml:space="preserve">Avg </w:t>
            </w:r>
          </w:p>
        </w:tc>
      </w:tr>
      <w:tr w:rsidR="004238BA">
        <w:trPr>
          <w:trHeight w:hRule="exact" w:val="322"/>
        </w:trPr>
        <w:tc>
          <w:tcPr>
            <w:tcW w:w="2130" w:type="dxa"/>
            <w:tcBorders>
              <w:top w:val="single" w:sz="4" w:space="0" w:color="000000"/>
              <w:left w:val="single" w:sz="3" w:space="0" w:color="000000"/>
              <w:bottom w:val="single" w:sz="4" w:space="0" w:color="000000"/>
              <w:right w:val="single" w:sz="3" w:space="0" w:color="000000"/>
            </w:tcBorders>
            <w:tcMar>
              <w:left w:w="0" w:type="dxa"/>
              <w:right w:w="0" w:type="dxa"/>
            </w:tcMar>
          </w:tcPr>
          <w:p w:rsidR="004238BA" w:rsidRDefault="00000000">
            <w:pPr>
              <w:autoSpaceDE w:val="0"/>
              <w:autoSpaceDN w:val="0"/>
              <w:spacing w:before="12" w:after="0" w:line="280" w:lineRule="exact"/>
              <w:jc w:val="center"/>
            </w:pPr>
            <w:r>
              <w:rPr>
                <w:rFonts w:ascii="TimesNewRomanPSMT" w:eastAsia="TimesNewRomanPSMT" w:hAnsi="TimesNewRomanPSMT"/>
                <w:color w:val="000000"/>
                <w:sz w:val="21"/>
              </w:rPr>
              <w:t xml:space="preserve">2400 </w:t>
            </w:r>
          </w:p>
        </w:tc>
        <w:tc>
          <w:tcPr>
            <w:tcW w:w="2130" w:type="dxa"/>
            <w:tcBorders>
              <w:top w:val="single" w:sz="4" w:space="0" w:color="000000"/>
              <w:left w:val="single" w:sz="3" w:space="0" w:color="000000"/>
              <w:bottom w:val="single" w:sz="4" w:space="0" w:color="000000"/>
              <w:right w:val="single" w:sz="3" w:space="0" w:color="000000"/>
            </w:tcBorders>
            <w:tcMar>
              <w:left w:w="0" w:type="dxa"/>
              <w:right w:w="0" w:type="dxa"/>
            </w:tcMar>
          </w:tcPr>
          <w:p w:rsidR="004238BA" w:rsidRDefault="00000000">
            <w:pPr>
              <w:autoSpaceDE w:val="0"/>
              <w:autoSpaceDN w:val="0"/>
              <w:spacing w:before="12" w:after="0" w:line="280" w:lineRule="exact"/>
              <w:jc w:val="center"/>
            </w:pPr>
            <w:r>
              <w:rPr>
                <w:rFonts w:ascii="TimesNewRomanPSMT" w:eastAsia="TimesNewRomanPSMT" w:hAnsi="TimesNewRomanPSMT"/>
                <w:color w:val="000000"/>
                <w:sz w:val="21"/>
              </w:rPr>
              <w:t xml:space="preserve">-5.2537 </w:t>
            </w:r>
          </w:p>
        </w:tc>
        <w:tc>
          <w:tcPr>
            <w:tcW w:w="2130" w:type="dxa"/>
            <w:tcBorders>
              <w:top w:val="single" w:sz="4" w:space="0" w:color="000000"/>
              <w:left w:val="single" w:sz="3" w:space="0" w:color="000000"/>
              <w:bottom w:val="single" w:sz="4" w:space="0" w:color="000000"/>
              <w:right w:val="single" w:sz="4" w:space="0" w:color="000000"/>
            </w:tcBorders>
            <w:tcMar>
              <w:left w:w="0" w:type="dxa"/>
              <w:right w:w="0" w:type="dxa"/>
            </w:tcMar>
          </w:tcPr>
          <w:p w:rsidR="004238BA" w:rsidRDefault="00000000">
            <w:pPr>
              <w:autoSpaceDE w:val="0"/>
              <w:autoSpaceDN w:val="0"/>
              <w:spacing w:before="12" w:after="0" w:line="280" w:lineRule="exact"/>
              <w:jc w:val="center"/>
            </w:pPr>
            <w:r>
              <w:rPr>
                <w:rFonts w:ascii="TimesNewRomanPSMT" w:eastAsia="TimesNewRomanPSMT" w:hAnsi="TimesNewRomanPSMT"/>
                <w:color w:val="000000"/>
                <w:sz w:val="21"/>
              </w:rPr>
              <w:t xml:space="preserve">-22.1424 </w:t>
            </w:r>
          </w:p>
        </w:tc>
        <w:tc>
          <w:tcPr>
            <w:tcW w:w="2134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tcMar>
              <w:left w:w="0" w:type="dxa"/>
              <w:right w:w="0" w:type="dxa"/>
            </w:tcMar>
          </w:tcPr>
          <w:p w:rsidR="004238BA" w:rsidRDefault="00000000">
            <w:pPr>
              <w:autoSpaceDE w:val="0"/>
              <w:autoSpaceDN w:val="0"/>
              <w:spacing w:before="12" w:after="0" w:line="280" w:lineRule="exact"/>
              <w:jc w:val="center"/>
            </w:pPr>
            <w:r>
              <w:rPr>
                <w:rFonts w:ascii="TimesNewRomanPSMT" w:eastAsia="TimesNewRomanPSMT" w:hAnsi="TimesNewRomanPSMT"/>
                <w:color w:val="000000"/>
                <w:sz w:val="21"/>
              </w:rPr>
              <w:t xml:space="preserve">-12.4294 </w:t>
            </w:r>
          </w:p>
        </w:tc>
      </w:tr>
      <w:tr w:rsidR="004238BA">
        <w:trPr>
          <w:trHeight w:hRule="exact" w:val="322"/>
        </w:trPr>
        <w:tc>
          <w:tcPr>
            <w:tcW w:w="2130" w:type="dxa"/>
            <w:tcBorders>
              <w:top w:val="single" w:sz="4" w:space="0" w:color="000000"/>
              <w:left w:val="single" w:sz="3" w:space="0" w:color="000000"/>
              <w:bottom w:val="single" w:sz="4" w:space="0" w:color="000000"/>
              <w:right w:val="single" w:sz="3" w:space="0" w:color="000000"/>
            </w:tcBorders>
            <w:tcMar>
              <w:left w:w="0" w:type="dxa"/>
              <w:right w:w="0" w:type="dxa"/>
            </w:tcMar>
          </w:tcPr>
          <w:p w:rsidR="004238BA" w:rsidRDefault="00000000">
            <w:pPr>
              <w:autoSpaceDE w:val="0"/>
              <w:autoSpaceDN w:val="0"/>
              <w:spacing w:before="8" w:after="0" w:line="282" w:lineRule="exact"/>
              <w:jc w:val="center"/>
            </w:pPr>
            <w:r>
              <w:rPr>
                <w:rFonts w:ascii="TimesNewRomanPSMT" w:eastAsia="TimesNewRomanPSMT" w:hAnsi="TimesNewRomanPSMT"/>
                <w:color w:val="000000"/>
                <w:sz w:val="21"/>
              </w:rPr>
              <w:t xml:space="preserve">2450 </w:t>
            </w:r>
          </w:p>
        </w:tc>
        <w:tc>
          <w:tcPr>
            <w:tcW w:w="2130" w:type="dxa"/>
            <w:tcBorders>
              <w:top w:val="single" w:sz="4" w:space="0" w:color="000000"/>
              <w:left w:val="single" w:sz="3" w:space="0" w:color="000000"/>
              <w:bottom w:val="single" w:sz="4" w:space="0" w:color="000000"/>
              <w:right w:val="single" w:sz="3" w:space="0" w:color="000000"/>
            </w:tcBorders>
            <w:tcMar>
              <w:left w:w="0" w:type="dxa"/>
              <w:right w:w="0" w:type="dxa"/>
            </w:tcMar>
          </w:tcPr>
          <w:p w:rsidR="004238BA" w:rsidRDefault="00000000">
            <w:pPr>
              <w:autoSpaceDE w:val="0"/>
              <w:autoSpaceDN w:val="0"/>
              <w:spacing w:before="8" w:after="0" w:line="282" w:lineRule="exact"/>
              <w:jc w:val="center"/>
            </w:pPr>
            <w:r>
              <w:rPr>
                <w:rFonts w:ascii="TimesNewRomanPSMT" w:eastAsia="TimesNewRomanPSMT" w:hAnsi="TimesNewRomanPSMT"/>
                <w:color w:val="000000"/>
                <w:sz w:val="21"/>
              </w:rPr>
              <w:t xml:space="preserve">-2.4652 </w:t>
            </w:r>
          </w:p>
        </w:tc>
        <w:tc>
          <w:tcPr>
            <w:tcW w:w="2130" w:type="dxa"/>
            <w:tcBorders>
              <w:top w:val="single" w:sz="4" w:space="0" w:color="000000"/>
              <w:left w:val="single" w:sz="3" w:space="0" w:color="000000"/>
              <w:bottom w:val="single" w:sz="4" w:space="0" w:color="000000"/>
              <w:right w:val="single" w:sz="4" w:space="0" w:color="000000"/>
            </w:tcBorders>
            <w:tcMar>
              <w:left w:w="0" w:type="dxa"/>
              <w:right w:w="0" w:type="dxa"/>
            </w:tcMar>
          </w:tcPr>
          <w:p w:rsidR="004238BA" w:rsidRDefault="00000000">
            <w:pPr>
              <w:autoSpaceDE w:val="0"/>
              <w:autoSpaceDN w:val="0"/>
              <w:spacing w:before="8" w:after="0" w:line="282" w:lineRule="exact"/>
              <w:jc w:val="center"/>
            </w:pPr>
            <w:r>
              <w:rPr>
                <w:rFonts w:ascii="TimesNewRomanPSMT" w:eastAsia="TimesNewRomanPSMT" w:hAnsi="TimesNewRomanPSMT"/>
                <w:color w:val="000000"/>
                <w:sz w:val="21"/>
              </w:rPr>
              <w:t xml:space="preserve">-24.5837 </w:t>
            </w:r>
          </w:p>
        </w:tc>
        <w:tc>
          <w:tcPr>
            <w:tcW w:w="2134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tcMar>
              <w:left w:w="0" w:type="dxa"/>
              <w:right w:w="0" w:type="dxa"/>
            </w:tcMar>
          </w:tcPr>
          <w:p w:rsidR="004238BA" w:rsidRDefault="00000000">
            <w:pPr>
              <w:autoSpaceDE w:val="0"/>
              <w:autoSpaceDN w:val="0"/>
              <w:spacing w:before="8" w:after="0" w:line="282" w:lineRule="exact"/>
              <w:jc w:val="center"/>
            </w:pPr>
            <w:r>
              <w:rPr>
                <w:rFonts w:ascii="TimesNewRomanPSMT" w:eastAsia="TimesNewRomanPSMT" w:hAnsi="TimesNewRomanPSMT"/>
                <w:color w:val="000000"/>
                <w:sz w:val="21"/>
              </w:rPr>
              <w:t xml:space="preserve">-10.4702 </w:t>
            </w:r>
          </w:p>
        </w:tc>
      </w:tr>
      <w:tr w:rsidR="004238BA">
        <w:trPr>
          <w:trHeight w:hRule="exact" w:val="324"/>
        </w:trPr>
        <w:tc>
          <w:tcPr>
            <w:tcW w:w="2130" w:type="dxa"/>
            <w:tcBorders>
              <w:top w:val="single" w:sz="4" w:space="0" w:color="000000"/>
              <w:left w:val="single" w:sz="3" w:space="0" w:color="000000"/>
              <w:bottom w:val="single" w:sz="4" w:space="0" w:color="000000"/>
              <w:right w:val="single" w:sz="3" w:space="0" w:color="000000"/>
            </w:tcBorders>
            <w:tcMar>
              <w:left w:w="0" w:type="dxa"/>
              <w:right w:w="0" w:type="dxa"/>
            </w:tcMar>
          </w:tcPr>
          <w:p w:rsidR="004238BA" w:rsidRDefault="00000000">
            <w:pPr>
              <w:autoSpaceDE w:val="0"/>
              <w:autoSpaceDN w:val="0"/>
              <w:spacing w:before="8" w:after="0" w:line="280" w:lineRule="exact"/>
              <w:jc w:val="center"/>
            </w:pPr>
            <w:r>
              <w:rPr>
                <w:rFonts w:ascii="TimesNewRomanPSMT" w:eastAsia="TimesNewRomanPSMT" w:hAnsi="TimesNewRomanPSMT"/>
                <w:color w:val="000000"/>
                <w:sz w:val="21"/>
              </w:rPr>
              <w:t xml:space="preserve">2500 </w:t>
            </w:r>
          </w:p>
        </w:tc>
        <w:tc>
          <w:tcPr>
            <w:tcW w:w="2130" w:type="dxa"/>
            <w:tcBorders>
              <w:top w:val="single" w:sz="4" w:space="0" w:color="000000"/>
              <w:left w:val="single" w:sz="3" w:space="0" w:color="000000"/>
              <w:bottom w:val="single" w:sz="4" w:space="0" w:color="000000"/>
              <w:right w:val="single" w:sz="3" w:space="0" w:color="000000"/>
            </w:tcBorders>
            <w:tcMar>
              <w:left w:w="0" w:type="dxa"/>
              <w:right w:w="0" w:type="dxa"/>
            </w:tcMar>
          </w:tcPr>
          <w:p w:rsidR="004238BA" w:rsidRDefault="00000000">
            <w:pPr>
              <w:autoSpaceDE w:val="0"/>
              <w:autoSpaceDN w:val="0"/>
              <w:spacing w:before="8" w:after="0" w:line="280" w:lineRule="exact"/>
              <w:jc w:val="center"/>
            </w:pPr>
            <w:r>
              <w:rPr>
                <w:rFonts w:ascii="TimesNewRomanPSMT" w:eastAsia="TimesNewRomanPSMT" w:hAnsi="TimesNewRomanPSMT"/>
                <w:color w:val="000000"/>
                <w:sz w:val="21"/>
              </w:rPr>
              <w:t xml:space="preserve">-1.86120 </w:t>
            </w:r>
          </w:p>
        </w:tc>
        <w:tc>
          <w:tcPr>
            <w:tcW w:w="2130" w:type="dxa"/>
            <w:tcBorders>
              <w:top w:val="single" w:sz="4" w:space="0" w:color="000000"/>
              <w:left w:val="single" w:sz="3" w:space="0" w:color="000000"/>
              <w:bottom w:val="single" w:sz="4" w:space="0" w:color="000000"/>
              <w:right w:val="single" w:sz="4" w:space="0" w:color="000000"/>
            </w:tcBorders>
            <w:tcMar>
              <w:left w:w="0" w:type="dxa"/>
              <w:right w:w="0" w:type="dxa"/>
            </w:tcMar>
          </w:tcPr>
          <w:p w:rsidR="004238BA" w:rsidRDefault="00000000">
            <w:pPr>
              <w:autoSpaceDE w:val="0"/>
              <w:autoSpaceDN w:val="0"/>
              <w:spacing w:before="8" w:after="0" w:line="280" w:lineRule="exact"/>
              <w:jc w:val="center"/>
            </w:pPr>
            <w:r>
              <w:rPr>
                <w:rFonts w:ascii="TimesNewRomanPSMT" w:eastAsia="TimesNewRomanPSMT" w:hAnsi="TimesNewRomanPSMT"/>
                <w:color w:val="000000"/>
                <w:sz w:val="21"/>
              </w:rPr>
              <w:t xml:space="preserve">-29.5214 </w:t>
            </w:r>
          </w:p>
        </w:tc>
        <w:tc>
          <w:tcPr>
            <w:tcW w:w="2134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tcMar>
              <w:left w:w="0" w:type="dxa"/>
              <w:right w:w="0" w:type="dxa"/>
            </w:tcMar>
          </w:tcPr>
          <w:p w:rsidR="004238BA" w:rsidRDefault="00000000">
            <w:pPr>
              <w:autoSpaceDE w:val="0"/>
              <w:autoSpaceDN w:val="0"/>
              <w:spacing w:before="8" w:after="0" w:line="280" w:lineRule="exact"/>
              <w:jc w:val="center"/>
            </w:pPr>
            <w:r>
              <w:rPr>
                <w:rFonts w:ascii="TimesNewRomanPSMT" w:eastAsia="TimesNewRomanPSMT" w:hAnsi="TimesNewRomanPSMT"/>
                <w:color w:val="000000"/>
                <w:sz w:val="21"/>
              </w:rPr>
              <w:t xml:space="preserve">-9.20432 </w:t>
            </w:r>
          </w:p>
        </w:tc>
      </w:tr>
    </w:tbl>
    <w:p w:rsidR="004238BA" w:rsidRDefault="00000000">
      <w:pPr>
        <w:autoSpaceDE w:val="0"/>
        <w:autoSpaceDN w:val="0"/>
        <w:spacing w:before="300" w:after="0" w:line="320" w:lineRule="exact"/>
        <w:ind w:left="360"/>
      </w:pPr>
      <w:r>
        <w:rPr>
          <w:rFonts w:ascii="TimesNewRomanPSMT" w:eastAsia="TimesNewRomanPSMT" w:hAnsi="TimesNewRomanPSMT"/>
          <w:color w:val="000000"/>
          <w:sz w:val="24"/>
        </w:rPr>
        <w:t>ANT Test Labs</w:t>
      </w:r>
      <w:r>
        <w:rPr>
          <w:rFonts w:ascii="宋体" w:eastAsia="宋体" w:hAnsi="宋体"/>
          <w:color w:val="000000"/>
          <w:sz w:val="24"/>
        </w:rPr>
        <w:t>：</w:t>
      </w:r>
      <w:r>
        <w:rPr>
          <w:rFonts w:ascii="TimesNewRomanPSMT" w:eastAsia="TimesNewRomanPSMT" w:hAnsi="TimesNewRomanPSMT"/>
          <w:color w:val="000000"/>
          <w:sz w:val="24"/>
        </w:rPr>
        <w:t xml:space="preserve">Attestation of Global Compliance Co., Ltd. </w:t>
      </w:r>
    </w:p>
    <w:sectPr w:rsidR="004238BA" w:rsidSect="00034616">
      <w:pgSz w:w="11904" w:h="16840"/>
      <w:pgMar w:top="712" w:right="1440" w:bottom="964" w:left="1440" w:header="720" w:footer="720" w:gutter="0"/>
      <w:cols w:space="720" w:equalWidth="0">
        <w:col w:w="9024" w:space="0"/>
      </w:cols>
      <w:docGrid w:linePitch="360"/>
    </w:sectPr>
  </w:body>
</w:document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mc:Ignorable="w14 w15 w16se w16cid w16 w16cex w16sdtdh w16sdtfl w16du"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Times New Roman">
    <w:panose1 w:val="02020603050405020304"/>
    <w:charset w:val="00"/>
    <w:family w:val="roman"/>
    <w:pitch w:val="variable"/>
    <w:sig w:usb0="E0002EFF" w:usb1="C000785B" w:usb2="00000009" w:usb3="00000000" w:csb0="000001FF" w:csb1="00000000"/>
  </w:font>
  <w:font w:name="Cambria">
    <w:panose1 w:val="02040503050406030204"/>
    <w:charset w:val="00"/>
    <w:family w:val="roman"/>
    <w:pitch w:val="variable"/>
    <w:sig w:usb0="E00006FF" w:usb1="420024FF" w:usb2="02000000" w:usb3="00000000" w:csb0="0000019F" w:csb1="00000000"/>
  </w:font>
  <w:font w:name="MS Mincho">
    <w:altName w:val="ＭＳ 明朝"/>
    <w:panose1 w:val="02020609040205080304"/>
    <w:charset w:val="80"/>
    <w:family w:val="modern"/>
    <w:pitch w:val="fixed"/>
    <w:sig w:usb0="A00002BF" w:usb1="68C7FCFB" w:usb2="00000010" w:usb3="00000000" w:csb0="0002009F" w:csb1="00000000"/>
  </w:font>
  <w:font w:name="Calibri">
    <w:panose1 w:val="020F0502020204030204"/>
    <w:charset w:val="00"/>
    <w:family w:val="swiss"/>
    <w:pitch w:val="variable"/>
    <w:sig w:usb0="E4002EFF" w:usb1="C000247B" w:usb2="00000009" w:usb3="00000000" w:csb0="000001FF" w:csb1="00000000"/>
  </w:font>
  <w:font w:name="MS Gothic">
    <w:altName w:val="ＭＳ ゴシック"/>
    <w:panose1 w:val="020B0609070205080204"/>
    <w:charset w:val="80"/>
    <w:family w:val="modern"/>
    <w:pitch w:val="fixed"/>
    <w:sig w:usb0="E00002FF" w:usb1="6AC7FDFB" w:usb2="08000012" w:usb3="00000000" w:csb0="0002009F" w:csb1="00000000"/>
  </w:font>
  <w:font w:name="Courier">
    <w:panose1 w:val="02070409020205020404"/>
    <w:charset w:val="00"/>
    <w:family w:val="auto"/>
    <w:pitch w:val="variable"/>
    <w:sig w:usb0="00000003" w:usb1="00000000" w:usb2="00000000" w:usb3="00000000" w:csb0="00000001" w:csb1="00000000"/>
  </w:font>
  <w:font w:name="TimesNewRomanPS">
    <w:altName w:val="Times New Roman"/>
    <w:panose1 w:val="00000000000000000000"/>
    <w:charset w:val="00"/>
    <w:family w:val="roman"/>
    <w:notTrueType/>
    <w:pitch w:val="default"/>
  </w:font>
  <w:font w:name="TimesNewRomanPSMT">
    <w:altName w:val="Times New Roman"/>
    <w:panose1 w:val="00000000000000000000"/>
    <w:charset w:val="00"/>
    <w:family w:val="roman"/>
    <w:notTrueType/>
    <w:pitch w:val="default"/>
  </w:font>
  <w:font w:name="宋体">
    <w:altName w:val="SimSun"/>
    <w:panose1 w:val="02010600030101010101"/>
    <w:charset w:val="86"/>
    <w:family w:val="auto"/>
    <w:pitch w:val="variable"/>
    <w:sig w:usb0="00000203" w:usb1="288F0000" w:usb2="00000016" w:usb3="00000000" w:csb0="00040001" w:csb1="00000000"/>
  </w:font>
  <w:font w:name="ArialMT">
    <w:altName w:val="Arial"/>
    <w:panose1 w:val="00000000000000000000"/>
    <w:charset w:val="00"/>
    <w:family w:val="roman"/>
    <w:notTrueType/>
    <w:pitch w:val="default"/>
  </w:font>
  <w:font w:name="Arial">
    <w:panose1 w:val="020B0604020202020204"/>
    <w:charset w:val="00"/>
    <w:family w:val="swiss"/>
    <w:pitch w:val="variable"/>
    <w:sig w:usb0="E0002EFF" w:usb1="C000785B" w:usb2="00000009" w:usb3="00000000" w:csb0="000001FF" w:csb1="00000000"/>
  </w:font>
</w:fonts>
</file>

<file path=word/numbering.xml><?xml version="1.0" encoding="utf-8"?>
<w:numbering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sdtfl w16du wp14">
  <w:abstractNum w:abstractNumId="0" w15:restartNumberingAfterBreak="0">
    <w:nsid w:val="FFFFFF7C"/>
    <w:multiLevelType w:val="singleLevel"/>
    <w:tmpl w:val="C310EC42"/>
    <w:lvl w:ilvl="0">
      <w:start w:val="1"/>
      <w:numFmt w:val="decimal"/>
      <w:lvlText w:val="%1."/>
      <w:lvlJc w:val="left"/>
      <w:pPr>
        <w:tabs>
          <w:tab w:val="num" w:pos="1800"/>
        </w:tabs>
        <w:ind w:left="1800" w:hanging="360"/>
      </w:pPr>
    </w:lvl>
  </w:abstractNum>
  <w:abstractNum w:abstractNumId="1" w15:restartNumberingAfterBreak="0">
    <w:nsid w:val="FFFFFF7D"/>
    <w:multiLevelType w:val="singleLevel"/>
    <w:tmpl w:val="E4089024"/>
    <w:lvl w:ilvl="0">
      <w:start w:val="1"/>
      <w:numFmt w:val="decimal"/>
      <w:lvlText w:val="%1."/>
      <w:lvlJc w:val="left"/>
      <w:pPr>
        <w:tabs>
          <w:tab w:val="num" w:pos="1440"/>
        </w:tabs>
        <w:ind w:left="1440" w:hanging="360"/>
      </w:pPr>
    </w:lvl>
  </w:abstractNum>
  <w:abstractNum w:abstractNumId="2" w15:restartNumberingAfterBreak="0">
    <w:nsid w:val="FFFFFF7E"/>
    <w:multiLevelType w:val="singleLevel"/>
    <w:tmpl w:val="FB12693A"/>
    <w:lvl w:ilvl="0">
      <w:start w:val="1"/>
      <w:numFmt w:val="decimal"/>
      <w:pStyle w:val="3"/>
      <w:lvlText w:val="%1."/>
      <w:lvlJc w:val="left"/>
      <w:pPr>
        <w:tabs>
          <w:tab w:val="num" w:pos="1080"/>
        </w:tabs>
        <w:ind w:left="1080" w:hanging="360"/>
      </w:pPr>
    </w:lvl>
  </w:abstractNum>
  <w:abstractNum w:abstractNumId="3" w15:restartNumberingAfterBreak="0">
    <w:nsid w:val="FFFFFF7F"/>
    <w:multiLevelType w:val="singleLevel"/>
    <w:tmpl w:val="38441652"/>
    <w:lvl w:ilvl="0">
      <w:start w:val="1"/>
      <w:numFmt w:val="decimal"/>
      <w:pStyle w:val="2"/>
      <w:lvlText w:val="%1."/>
      <w:lvlJc w:val="left"/>
      <w:pPr>
        <w:tabs>
          <w:tab w:val="num" w:pos="720"/>
        </w:tabs>
        <w:ind w:left="720" w:hanging="360"/>
      </w:pPr>
    </w:lvl>
  </w:abstractNum>
  <w:abstractNum w:abstractNumId="4" w15:restartNumberingAfterBreak="0">
    <w:nsid w:val="FFFFFF81"/>
    <w:multiLevelType w:val="singleLevel"/>
    <w:tmpl w:val="171AC3A4"/>
    <w:lvl w:ilvl="0">
      <w:start w:val="1"/>
      <w:numFmt w:val="bullet"/>
      <w:lvlText w:val=""/>
      <w:lvlJc w:val="left"/>
      <w:pPr>
        <w:tabs>
          <w:tab w:val="num" w:pos="1440"/>
        </w:tabs>
        <w:ind w:left="1440" w:hanging="360"/>
      </w:pPr>
      <w:rPr>
        <w:rFonts w:ascii="Symbol" w:hAnsi="Symbol" w:hint="default"/>
      </w:rPr>
    </w:lvl>
  </w:abstractNum>
  <w:abstractNum w:abstractNumId="5" w15:restartNumberingAfterBreak="0">
    <w:nsid w:val="FFFFFF82"/>
    <w:multiLevelType w:val="singleLevel"/>
    <w:tmpl w:val="F3EAFDEC"/>
    <w:lvl w:ilvl="0">
      <w:start w:val="1"/>
      <w:numFmt w:val="bullet"/>
      <w:pStyle w:val="30"/>
      <w:lvlText w:val=""/>
      <w:lvlJc w:val="left"/>
      <w:pPr>
        <w:tabs>
          <w:tab w:val="num" w:pos="1080"/>
        </w:tabs>
        <w:ind w:left="1080" w:hanging="360"/>
      </w:pPr>
      <w:rPr>
        <w:rFonts w:ascii="Symbol" w:hAnsi="Symbol" w:hint="default"/>
      </w:rPr>
    </w:lvl>
  </w:abstractNum>
  <w:abstractNum w:abstractNumId="6" w15:restartNumberingAfterBreak="0">
    <w:nsid w:val="FFFFFF83"/>
    <w:multiLevelType w:val="singleLevel"/>
    <w:tmpl w:val="3D1EFFD4"/>
    <w:lvl w:ilvl="0">
      <w:start w:val="1"/>
      <w:numFmt w:val="bullet"/>
      <w:pStyle w:val="20"/>
      <w:lvlText w:val=""/>
      <w:lvlJc w:val="left"/>
      <w:pPr>
        <w:tabs>
          <w:tab w:val="num" w:pos="720"/>
        </w:tabs>
        <w:ind w:left="720" w:hanging="360"/>
      </w:pPr>
      <w:rPr>
        <w:rFonts w:ascii="Symbol" w:hAnsi="Symbol" w:hint="default"/>
      </w:rPr>
    </w:lvl>
  </w:abstractNum>
  <w:abstractNum w:abstractNumId="7" w15:restartNumberingAfterBreak="0">
    <w:nsid w:val="FFFFFF88"/>
    <w:multiLevelType w:val="singleLevel"/>
    <w:tmpl w:val="D0A62B40"/>
    <w:lvl w:ilvl="0">
      <w:start w:val="1"/>
      <w:numFmt w:val="decimal"/>
      <w:pStyle w:val="a"/>
      <w:lvlText w:val="%1."/>
      <w:lvlJc w:val="left"/>
      <w:pPr>
        <w:tabs>
          <w:tab w:val="num" w:pos="360"/>
        </w:tabs>
        <w:ind w:left="360" w:hanging="360"/>
      </w:pPr>
    </w:lvl>
  </w:abstractNum>
  <w:abstractNum w:abstractNumId="8" w15:restartNumberingAfterBreak="0">
    <w:nsid w:val="FFFFFF89"/>
    <w:multiLevelType w:val="singleLevel"/>
    <w:tmpl w:val="29761A62"/>
    <w:lvl w:ilvl="0">
      <w:start w:val="1"/>
      <w:numFmt w:val="bullet"/>
      <w:pStyle w:val="a0"/>
      <w:lvlText w:val=""/>
      <w:lvlJc w:val="left"/>
      <w:pPr>
        <w:tabs>
          <w:tab w:val="num" w:pos="360"/>
        </w:tabs>
        <w:ind w:left="360" w:hanging="360"/>
      </w:pPr>
      <w:rPr>
        <w:rFonts w:ascii="Symbol" w:hAnsi="Symbol" w:hint="default"/>
      </w:rPr>
    </w:lvl>
  </w:abstractNum>
  <w:num w:numId="1" w16cid:durableId="348147559">
    <w:abstractNumId w:val="8"/>
  </w:num>
  <w:num w:numId="2" w16cid:durableId="1621646867">
    <w:abstractNumId w:val="6"/>
  </w:num>
  <w:num w:numId="3" w16cid:durableId="1502549957">
    <w:abstractNumId w:val="5"/>
  </w:num>
  <w:num w:numId="4" w16cid:durableId="1019160719">
    <w:abstractNumId w:val="4"/>
  </w:num>
  <w:num w:numId="5" w16cid:durableId="1917006252">
    <w:abstractNumId w:val="7"/>
  </w:num>
  <w:num w:numId="6" w16cid:durableId="1636526916">
    <w:abstractNumId w:val="3"/>
  </w:num>
  <w:num w:numId="7" w16cid:durableId="2008555916">
    <w:abstractNumId w:val="2"/>
  </w:num>
  <w:num w:numId="8" w16cid:durableId="2145536022">
    <w:abstractNumId w:val="1"/>
  </w:num>
  <w:num w:numId="9" w16cid:durableId="422727234">
    <w:abstractNumId w:val="0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sl="http://schemas.openxmlformats.org/schemaLibrary/2006/main" mc:Ignorable="w14 w15 w16se w16cid w16 w16cex w16sdtdh w16sdtfl w16du">
  <w:zoom w:percent="100"/>
  <w:bordersDoNotSurroundHeader/>
  <w:bordersDoNotSurroundFooter/>
  <w:proofState w:grammar="clean"/>
  <w:defaultTabStop w:val="720"/>
  <w:characterSpacingControl w:val="doNotCompress"/>
  <w:compat>
    <w:useFELayout/>
    <w:compatSetting w:name="compatibilityMode" w:uri="http://schemas.microsoft.com/office/word" w:val="14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useWord2013TrackBottomHyphenation" w:uri="http://schemas.microsoft.com/office/word" w:val="1"/>
  </w:compat>
  <w:rsids>
    <w:rsidRoot w:val="00B47730"/>
    <w:rsid w:val="00034616"/>
    <w:rsid w:val="0006063C"/>
    <w:rsid w:val="0015074B"/>
    <w:rsid w:val="00181832"/>
    <w:rsid w:val="0029639D"/>
    <w:rsid w:val="00326F90"/>
    <w:rsid w:val="004238BA"/>
    <w:rsid w:val="00672D15"/>
    <w:rsid w:val="00AA1D8D"/>
    <w:rsid w:val="00B47730"/>
    <w:rsid w:val="00C61052"/>
    <w:rsid w:val="00CB0664"/>
    <w:rsid w:val="00F65496"/>
    <w:rsid w:val="00FC693F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en-US" w:eastAsia="ja-JP"/>
  <w:clrSchemeMapping w:bg1="light1" w:t1="dark1" w:bg2="light2" w:t2="dark2" w:accent1="accent1" w:accent2="accent2" w:accent3="accent3" w:accent4="accent4" w:accent5="accent5" w:accent6="accent6" w:hyperlink="hyperlink" w:followedHyperlink="followedHyperlink"/>
  <w:doNotIncludeSubdocsInStats/>
  <w:doNotAutoCompressPictures/>
  <w:shapeDefaults>
    <o:shapedefaults v:ext="edit" spidmax="1026"/>
    <o:shapelayout v:ext="edit">
      <o:idmap v:ext="edit" data="1"/>
    </o:shapelayout>
  </w:shapeDefaults>
  <w:decimalSymbol w:val="."/>
  <w:listSeparator w:val=","/>
  <w14:docId w14:val="094F88F0"/>
  <w14:defaultImageDpi w14:val="300"/>
  <w15:docId w15:val="{7A5601CF-98CD-41BA-936A-550B7BB020FC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mc:Ignorable="w14 w15 w16se w16cid w16 w16cex w16sdtdh w16sdtfl w16du">
  <w:docDefaults>
    <w:rPrDefault>
      <w:rPr>
        <w:rFonts w:asciiTheme="minorHAnsi" w:eastAsiaTheme="minorEastAsia" w:hAnsiTheme="minorHAnsi" w:cstheme="minorBidi"/>
        <w:sz w:val="22"/>
        <w:szCs w:val="22"/>
        <w:lang w:val="en-US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0" w:defUnhideWhenUsed="0" w:defQFormat="0" w:count="376">
    <w:lsdException w:name="Normal" w:uiPriority="0" w:qFormat="1"/>
    <w:lsdException w:name="heading 1" w:uiPriority="9" w:qFormat="1"/>
    <w:lsdException w:name="heading 2" w:semiHidden="1" w:uiPriority="9" w:unhideWhenUsed="1" w:qFormat="1"/>
    <w:lsdException w:name="heading 3" w:semiHidden="1" w:uiPriority="9" w:unhideWhenUsed="1" w:qFormat="1"/>
    <w:lsdException w:name="heading 4" w:semiHidden="1" w:uiPriority="9" w:unhideWhenUsed="1" w:qFormat="1"/>
    <w:lsdException w:name="heading 5" w:semiHidden="1" w:uiPriority="9" w:unhideWhenUsed="1" w:qFormat="1"/>
    <w:lsdException w:name="heading 6" w:semiHidden="1" w:uiPriority="9" w:unhideWhenUsed="1" w:qFormat="1"/>
    <w:lsdException w:name="heading 7" w:semiHidden="1" w:uiPriority="9" w:unhideWhenUsed="1" w:qFormat="1"/>
    <w:lsdException w:name="heading 8" w:semiHidden="1" w:uiPriority="9" w:unhideWhenUsed="1" w:qFormat="1"/>
    <w:lsdException w:name="heading 9" w:semiHidden="1" w:uiPriority="9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nhideWhenUsed="1"/>
    <w:lsdException w:name="index heading" w:semiHidden="1" w:unhideWhenUsed="1"/>
    <w:lsdException w:name="caption" w:semiHidden="1" w:uiPriority="35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uiPriority="59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  <w:lsdException w:name="Mention" w:semiHidden="1" w:unhideWhenUsed="1"/>
    <w:lsdException w:name="Smart Hyperlink" w:semiHidden="1" w:unhideWhenUsed="1"/>
    <w:lsdException w:name="Hashtag" w:semiHidden="1" w:unhideWhenUsed="1"/>
    <w:lsdException w:name="Unresolved Mention" w:semiHidden="1" w:unhideWhenUsed="1"/>
    <w:lsdException w:name="Smart Link" w:semiHidden="1" w:unhideWhenUsed="1"/>
  </w:latentStyles>
  <w:style w:type="paragraph" w:default="1" w:styleId="a1">
    <w:name w:val="Normal"/>
    <w:qFormat/>
    <w:rsid w:val="00FC693F"/>
  </w:style>
  <w:style w:type="paragraph" w:styleId="1">
    <w:name w:val="heading 1"/>
    <w:basedOn w:val="a1"/>
    <w:next w:val="a1"/>
    <w:link w:val="10"/>
    <w:uiPriority w:val="9"/>
    <w:qFormat/>
    <w:rsid w:val="00FC693F"/>
    <w:pPr>
      <w:keepNext/>
      <w:keepLines/>
      <w:spacing w:before="480" w:after="0"/>
      <w:outlineLvl w:val="0"/>
    </w:pPr>
    <w:rPr>
      <w:rFonts w:asciiTheme="majorHAnsi" w:eastAsiaTheme="majorEastAsia" w:hAnsiTheme="majorHAnsi" w:cstheme="majorBidi"/>
      <w:b/>
      <w:bCs/>
      <w:color w:val="365F91" w:themeColor="accent1" w:themeShade="BF"/>
      <w:sz w:val="28"/>
      <w:szCs w:val="28"/>
    </w:rPr>
  </w:style>
  <w:style w:type="paragraph" w:styleId="21">
    <w:name w:val="heading 2"/>
    <w:basedOn w:val="a1"/>
    <w:next w:val="a1"/>
    <w:link w:val="22"/>
    <w:uiPriority w:val="9"/>
    <w:unhideWhenUsed/>
    <w:qFormat/>
    <w:rsid w:val="00FC693F"/>
    <w:pPr>
      <w:keepNext/>
      <w:keepLines/>
      <w:spacing w:before="200" w:after="0"/>
      <w:outlineLvl w:val="1"/>
    </w:pPr>
    <w:rPr>
      <w:rFonts w:asciiTheme="majorHAnsi" w:eastAsiaTheme="majorEastAsia" w:hAnsiTheme="majorHAnsi" w:cstheme="majorBidi"/>
      <w:b/>
      <w:bCs/>
      <w:color w:val="4F81BD" w:themeColor="accent1"/>
      <w:sz w:val="26"/>
      <w:szCs w:val="26"/>
    </w:rPr>
  </w:style>
  <w:style w:type="paragraph" w:styleId="31">
    <w:name w:val="heading 3"/>
    <w:basedOn w:val="a1"/>
    <w:next w:val="a1"/>
    <w:link w:val="32"/>
    <w:uiPriority w:val="9"/>
    <w:unhideWhenUsed/>
    <w:qFormat/>
    <w:rsid w:val="00FC693F"/>
    <w:pPr>
      <w:keepNext/>
      <w:keepLines/>
      <w:spacing w:before="200" w:after="0"/>
      <w:outlineLvl w:val="2"/>
    </w:pPr>
    <w:rPr>
      <w:rFonts w:asciiTheme="majorHAnsi" w:eastAsiaTheme="majorEastAsia" w:hAnsiTheme="majorHAnsi" w:cstheme="majorBidi"/>
      <w:b/>
      <w:bCs/>
      <w:color w:val="4F81BD" w:themeColor="accent1"/>
    </w:rPr>
  </w:style>
  <w:style w:type="paragraph" w:styleId="4">
    <w:name w:val="heading 4"/>
    <w:basedOn w:val="a1"/>
    <w:next w:val="a1"/>
    <w:link w:val="40"/>
    <w:uiPriority w:val="9"/>
    <w:semiHidden/>
    <w:unhideWhenUsed/>
    <w:qFormat/>
    <w:rsid w:val="00FC693F"/>
    <w:pPr>
      <w:keepNext/>
      <w:keepLines/>
      <w:spacing w:before="200" w:after="0"/>
      <w:outlineLvl w:val="3"/>
    </w:pPr>
    <w:rPr>
      <w:rFonts w:asciiTheme="majorHAnsi" w:eastAsiaTheme="majorEastAsia" w:hAnsiTheme="majorHAnsi" w:cstheme="majorBidi"/>
      <w:b/>
      <w:bCs/>
      <w:i/>
      <w:iCs/>
      <w:color w:val="4F81BD" w:themeColor="accent1"/>
    </w:rPr>
  </w:style>
  <w:style w:type="paragraph" w:styleId="5">
    <w:name w:val="heading 5"/>
    <w:basedOn w:val="a1"/>
    <w:next w:val="a1"/>
    <w:link w:val="50"/>
    <w:uiPriority w:val="9"/>
    <w:semiHidden/>
    <w:unhideWhenUsed/>
    <w:qFormat/>
    <w:rsid w:val="00FC693F"/>
    <w:pPr>
      <w:keepNext/>
      <w:keepLines/>
      <w:spacing w:before="200" w:after="0"/>
      <w:outlineLvl w:val="4"/>
    </w:pPr>
    <w:rPr>
      <w:rFonts w:asciiTheme="majorHAnsi" w:eastAsiaTheme="majorEastAsia" w:hAnsiTheme="majorHAnsi" w:cstheme="majorBidi"/>
      <w:color w:val="243F60" w:themeColor="accent1" w:themeShade="7F"/>
    </w:rPr>
  </w:style>
  <w:style w:type="paragraph" w:styleId="6">
    <w:name w:val="heading 6"/>
    <w:basedOn w:val="a1"/>
    <w:next w:val="a1"/>
    <w:link w:val="60"/>
    <w:uiPriority w:val="9"/>
    <w:semiHidden/>
    <w:unhideWhenUsed/>
    <w:qFormat/>
    <w:rsid w:val="00FC693F"/>
    <w:pPr>
      <w:keepNext/>
      <w:keepLines/>
      <w:spacing w:before="200" w:after="0"/>
      <w:outlineLvl w:val="5"/>
    </w:pPr>
    <w:rPr>
      <w:rFonts w:asciiTheme="majorHAnsi" w:eastAsiaTheme="majorEastAsia" w:hAnsiTheme="majorHAnsi" w:cstheme="majorBidi"/>
      <w:i/>
      <w:iCs/>
      <w:color w:val="243F60" w:themeColor="accent1" w:themeShade="7F"/>
    </w:rPr>
  </w:style>
  <w:style w:type="paragraph" w:styleId="7">
    <w:name w:val="heading 7"/>
    <w:basedOn w:val="a1"/>
    <w:next w:val="a1"/>
    <w:link w:val="70"/>
    <w:uiPriority w:val="9"/>
    <w:semiHidden/>
    <w:unhideWhenUsed/>
    <w:qFormat/>
    <w:rsid w:val="00FC693F"/>
    <w:pPr>
      <w:keepNext/>
      <w:keepLines/>
      <w:spacing w:before="200" w:after="0"/>
      <w:outlineLvl w:val="6"/>
    </w:pPr>
    <w:rPr>
      <w:rFonts w:asciiTheme="majorHAnsi" w:eastAsiaTheme="majorEastAsia" w:hAnsiTheme="majorHAnsi" w:cstheme="majorBidi"/>
      <w:i/>
      <w:iCs/>
      <w:color w:val="404040" w:themeColor="text1" w:themeTint="BF"/>
    </w:rPr>
  </w:style>
  <w:style w:type="paragraph" w:styleId="8">
    <w:name w:val="heading 8"/>
    <w:basedOn w:val="a1"/>
    <w:next w:val="a1"/>
    <w:link w:val="80"/>
    <w:uiPriority w:val="9"/>
    <w:semiHidden/>
    <w:unhideWhenUsed/>
    <w:qFormat/>
    <w:rsid w:val="00FC693F"/>
    <w:pPr>
      <w:keepNext/>
      <w:keepLines/>
      <w:spacing w:before="200" w:after="0"/>
      <w:outlineLvl w:val="7"/>
    </w:pPr>
    <w:rPr>
      <w:rFonts w:asciiTheme="majorHAnsi" w:eastAsiaTheme="majorEastAsia" w:hAnsiTheme="majorHAnsi" w:cstheme="majorBidi"/>
      <w:color w:val="4F81BD" w:themeColor="accent1"/>
      <w:sz w:val="20"/>
      <w:szCs w:val="20"/>
    </w:rPr>
  </w:style>
  <w:style w:type="paragraph" w:styleId="9">
    <w:name w:val="heading 9"/>
    <w:basedOn w:val="a1"/>
    <w:next w:val="a1"/>
    <w:link w:val="90"/>
    <w:uiPriority w:val="9"/>
    <w:semiHidden/>
    <w:unhideWhenUsed/>
    <w:qFormat/>
    <w:rsid w:val="00FC693F"/>
    <w:pPr>
      <w:keepNext/>
      <w:keepLines/>
      <w:spacing w:before="200" w:after="0"/>
      <w:outlineLvl w:val="8"/>
    </w:pPr>
    <w:rPr>
      <w:rFonts w:asciiTheme="majorHAnsi" w:eastAsiaTheme="majorEastAsia" w:hAnsiTheme="majorHAnsi" w:cstheme="majorBidi"/>
      <w:i/>
      <w:iCs/>
      <w:color w:val="404040" w:themeColor="text1" w:themeTint="BF"/>
      <w:sz w:val="20"/>
      <w:szCs w:val="20"/>
    </w:rPr>
  </w:style>
  <w:style w:type="character" w:default="1" w:styleId="a2">
    <w:name w:val="Default Paragraph Font"/>
    <w:uiPriority w:val="1"/>
    <w:unhideWhenUsed/>
  </w:style>
  <w:style w:type="table" w:default="1" w:styleId="a3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4">
    <w:name w:val="No List"/>
    <w:uiPriority w:val="99"/>
    <w:semiHidden/>
    <w:unhideWhenUsed/>
  </w:style>
  <w:style w:type="paragraph" w:styleId="a5">
    <w:name w:val="header"/>
    <w:basedOn w:val="a1"/>
    <w:link w:val="a6"/>
    <w:uiPriority w:val="99"/>
    <w:unhideWhenUsed/>
    <w:rsid w:val="00E618BF"/>
    <w:pPr>
      <w:tabs>
        <w:tab w:val="center" w:pos="4680"/>
        <w:tab w:val="right" w:pos="9360"/>
      </w:tabs>
      <w:spacing w:after="0" w:line="240" w:lineRule="auto"/>
    </w:pPr>
  </w:style>
  <w:style w:type="character" w:customStyle="1" w:styleId="a6">
    <w:name w:val="页眉 字符"/>
    <w:basedOn w:val="a2"/>
    <w:link w:val="a5"/>
    <w:uiPriority w:val="99"/>
    <w:rsid w:val="00E618BF"/>
  </w:style>
  <w:style w:type="paragraph" w:styleId="a7">
    <w:name w:val="footer"/>
    <w:basedOn w:val="a1"/>
    <w:link w:val="a8"/>
    <w:uiPriority w:val="99"/>
    <w:unhideWhenUsed/>
    <w:rsid w:val="00E618BF"/>
    <w:pPr>
      <w:tabs>
        <w:tab w:val="center" w:pos="4680"/>
        <w:tab w:val="right" w:pos="9360"/>
      </w:tabs>
      <w:spacing w:after="0" w:line="240" w:lineRule="auto"/>
    </w:pPr>
  </w:style>
  <w:style w:type="character" w:customStyle="1" w:styleId="a8">
    <w:name w:val="页脚 字符"/>
    <w:basedOn w:val="a2"/>
    <w:link w:val="a7"/>
    <w:uiPriority w:val="99"/>
    <w:rsid w:val="00E618BF"/>
  </w:style>
  <w:style w:type="paragraph" w:styleId="a9">
    <w:name w:val="No Spacing"/>
    <w:uiPriority w:val="1"/>
    <w:qFormat/>
    <w:rsid w:val="00FC693F"/>
    <w:pPr>
      <w:spacing w:after="0" w:line="240" w:lineRule="auto"/>
    </w:pPr>
  </w:style>
  <w:style w:type="character" w:customStyle="1" w:styleId="10">
    <w:name w:val="标题 1 字符"/>
    <w:basedOn w:val="a2"/>
    <w:link w:val="1"/>
    <w:uiPriority w:val="9"/>
    <w:rsid w:val="00FC693F"/>
    <w:rPr>
      <w:rFonts w:asciiTheme="majorHAnsi" w:eastAsiaTheme="majorEastAsia" w:hAnsiTheme="majorHAnsi" w:cstheme="majorBidi"/>
      <w:b/>
      <w:bCs/>
      <w:color w:val="365F91" w:themeColor="accent1" w:themeShade="BF"/>
      <w:sz w:val="28"/>
      <w:szCs w:val="28"/>
    </w:rPr>
  </w:style>
  <w:style w:type="character" w:customStyle="1" w:styleId="22">
    <w:name w:val="标题 2 字符"/>
    <w:basedOn w:val="a2"/>
    <w:link w:val="21"/>
    <w:uiPriority w:val="9"/>
    <w:rsid w:val="00FC693F"/>
    <w:rPr>
      <w:rFonts w:asciiTheme="majorHAnsi" w:eastAsiaTheme="majorEastAsia" w:hAnsiTheme="majorHAnsi" w:cstheme="majorBidi"/>
      <w:b/>
      <w:bCs/>
      <w:color w:val="4F81BD" w:themeColor="accent1"/>
      <w:sz w:val="26"/>
      <w:szCs w:val="26"/>
    </w:rPr>
  </w:style>
  <w:style w:type="character" w:customStyle="1" w:styleId="32">
    <w:name w:val="标题 3 字符"/>
    <w:basedOn w:val="a2"/>
    <w:link w:val="31"/>
    <w:uiPriority w:val="9"/>
    <w:rsid w:val="00FC693F"/>
    <w:rPr>
      <w:rFonts w:asciiTheme="majorHAnsi" w:eastAsiaTheme="majorEastAsia" w:hAnsiTheme="majorHAnsi" w:cstheme="majorBidi"/>
      <w:b/>
      <w:bCs/>
      <w:color w:val="4F81BD" w:themeColor="accent1"/>
    </w:rPr>
  </w:style>
  <w:style w:type="paragraph" w:styleId="aa">
    <w:name w:val="Title"/>
    <w:basedOn w:val="a1"/>
    <w:next w:val="a1"/>
    <w:link w:val="ab"/>
    <w:uiPriority w:val="10"/>
    <w:qFormat/>
    <w:rsid w:val="00FC693F"/>
    <w:pPr>
      <w:pBdr>
        <w:bottom w:val="single" w:sz="8" w:space="4" w:color="4F81BD" w:themeColor="accent1"/>
      </w:pBdr>
      <w:spacing w:after="300" w:line="240" w:lineRule="auto"/>
      <w:contextualSpacing/>
    </w:pPr>
    <w:rPr>
      <w:rFonts w:asciiTheme="majorHAnsi" w:eastAsiaTheme="majorEastAsia" w:hAnsiTheme="majorHAnsi" w:cstheme="majorBidi"/>
      <w:color w:val="17365D" w:themeColor="text2" w:themeShade="BF"/>
      <w:spacing w:val="5"/>
      <w:kern w:val="28"/>
      <w:sz w:val="52"/>
      <w:szCs w:val="52"/>
    </w:rPr>
  </w:style>
  <w:style w:type="character" w:customStyle="1" w:styleId="ab">
    <w:name w:val="标题 字符"/>
    <w:basedOn w:val="a2"/>
    <w:link w:val="aa"/>
    <w:uiPriority w:val="10"/>
    <w:rsid w:val="00FC693F"/>
    <w:rPr>
      <w:rFonts w:asciiTheme="majorHAnsi" w:eastAsiaTheme="majorEastAsia" w:hAnsiTheme="majorHAnsi" w:cstheme="majorBidi"/>
      <w:color w:val="17365D" w:themeColor="text2" w:themeShade="BF"/>
      <w:spacing w:val="5"/>
      <w:kern w:val="28"/>
      <w:sz w:val="52"/>
      <w:szCs w:val="52"/>
    </w:rPr>
  </w:style>
  <w:style w:type="paragraph" w:styleId="ac">
    <w:name w:val="Subtitle"/>
    <w:basedOn w:val="a1"/>
    <w:next w:val="a1"/>
    <w:link w:val="ad"/>
    <w:uiPriority w:val="11"/>
    <w:qFormat/>
    <w:rsid w:val="00FC693F"/>
    <w:pPr>
      <w:numPr>
        <w:ilvl w:val="1"/>
      </w:numPr>
    </w:pPr>
    <w:rPr>
      <w:rFonts w:asciiTheme="majorHAnsi" w:eastAsiaTheme="majorEastAsia" w:hAnsiTheme="majorHAnsi" w:cstheme="majorBidi"/>
      <w:i/>
      <w:iCs/>
      <w:color w:val="4F81BD" w:themeColor="accent1"/>
      <w:spacing w:val="15"/>
      <w:sz w:val="24"/>
      <w:szCs w:val="24"/>
    </w:rPr>
  </w:style>
  <w:style w:type="character" w:customStyle="1" w:styleId="ad">
    <w:name w:val="副标题 字符"/>
    <w:basedOn w:val="a2"/>
    <w:link w:val="ac"/>
    <w:uiPriority w:val="11"/>
    <w:rsid w:val="00FC693F"/>
    <w:rPr>
      <w:rFonts w:asciiTheme="majorHAnsi" w:eastAsiaTheme="majorEastAsia" w:hAnsiTheme="majorHAnsi" w:cstheme="majorBidi"/>
      <w:i/>
      <w:iCs/>
      <w:color w:val="4F81BD" w:themeColor="accent1"/>
      <w:spacing w:val="15"/>
      <w:sz w:val="24"/>
      <w:szCs w:val="24"/>
    </w:rPr>
  </w:style>
  <w:style w:type="paragraph" w:styleId="ae">
    <w:name w:val="List Paragraph"/>
    <w:basedOn w:val="a1"/>
    <w:uiPriority w:val="34"/>
    <w:qFormat/>
    <w:rsid w:val="00FC693F"/>
    <w:pPr>
      <w:ind w:left="720"/>
      <w:contextualSpacing/>
    </w:pPr>
  </w:style>
  <w:style w:type="paragraph" w:styleId="af">
    <w:name w:val="Body Text"/>
    <w:basedOn w:val="a1"/>
    <w:link w:val="af0"/>
    <w:uiPriority w:val="99"/>
    <w:unhideWhenUsed/>
    <w:rsid w:val="00AA1D8D"/>
    <w:pPr>
      <w:spacing w:after="120"/>
    </w:pPr>
  </w:style>
  <w:style w:type="character" w:customStyle="1" w:styleId="af0">
    <w:name w:val="正文文本 字符"/>
    <w:basedOn w:val="a2"/>
    <w:link w:val="af"/>
    <w:uiPriority w:val="99"/>
    <w:rsid w:val="00AA1D8D"/>
  </w:style>
  <w:style w:type="paragraph" w:styleId="23">
    <w:name w:val="Body Text 2"/>
    <w:basedOn w:val="a1"/>
    <w:link w:val="24"/>
    <w:uiPriority w:val="99"/>
    <w:unhideWhenUsed/>
    <w:rsid w:val="00AA1D8D"/>
    <w:pPr>
      <w:spacing w:after="120" w:line="480" w:lineRule="auto"/>
    </w:pPr>
  </w:style>
  <w:style w:type="character" w:customStyle="1" w:styleId="24">
    <w:name w:val="正文文本 2 字符"/>
    <w:basedOn w:val="a2"/>
    <w:link w:val="23"/>
    <w:uiPriority w:val="99"/>
    <w:rsid w:val="00AA1D8D"/>
  </w:style>
  <w:style w:type="paragraph" w:styleId="33">
    <w:name w:val="Body Text 3"/>
    <w:basedOn w:val="a1"/>
    <w:link w:val="34"/>
    <w:uiPriority w:val="99"/>
    <w:unhideWhenUsed/>
    <w:rsid w:val="00AA1D8D"/>
    <w:pPr>
      <w:spacing w:after="120"/>
    </w:pPr>
    <w:rPr>
      <w:sz w:val="16"/>
      <w:szCs w:val="16"/>
    </w:rPr>
  </w:style>
  <w:style w:type="character" w:customStyle="1" w:styleId="34">
    <w:name w:val="正文文本 3 字符"/>
    <w:basedOn w:val="a2"/>
    <w:link w:val="33"/>
    <w:uiPriority w:val="99"/>
    <w:rsid w:val="00AA1D8D"/>
    <w:rPr>
      <w:sz w:val="16"/>
      <w:szCs w:val="16"/>
    </w:rPr>
  </w:style>
  <w:style w:type="paragraph" w:styleId="af1">
    <w:name w:val="List"/>
    <w:basedOn w:val="a1"/>
    <w:uiPriority w:val="99"/>
    <w:unhideWhenUsed/>
    <w:rsid w:val="00AA1D8D"/>
    <w:pPr>
      <w:ind w:left="360" w:hanging="360"/>
      <w:contextualSpacing/>
    </w:pPr>
  </w:style>
  <w:style w:type="paragraph" w:styleId="25">
    <w:name w:val="List 2"/>
    <w:basedOn w:val="a1"/>
    <w:uiPriority w:val="99"/>
    <w:unhideWhenUsed/>
    <w:rsid w:val="00326F90"/>
    <w:pPr>
      <w:ind w:left="720" w:hanging="360"/>
      <w:contextualSpacing/>
    </w:pPr>
  </w:style>
  <w:style w:type="paragraph" w:styleId="35">
    <w:name w:val="List 3"/>
    <w:basedOn w:val="a1"/>
    <w:uiPriority w:val="99"/>
    <w:unhideWhenUsed/>
    <w:rsid w:val="00326F90"/>
    <w:pPr>
      <w:ind w:left="1080" w:hanging="360"/>
      <w:contextualSpacing/>
    </w:pPr>
  </w:style>
  <w:style w:type="paragraph" w:styleId="a0">
    <w:name w:val="List Bullet"/>
    <w:basedOn w:val="a1"/>
    <w:uiPriority w:val="99"/>
    <w:unhideWhenUsed/>
    <w:rsid w:val="00326F90"/>
    <w:pPr>
      <w:numPr>
        <w:numId w:val="1"/>
      </w:numPr>
      <w:contextualSpacing/>
    </w:pPr>
  </w:style>
  <w:style w:type="paragraph" w:styleId="20">
    <w:name w:val="List Bullet 2"/>
    <w:basedOn w:val="a1"/>
    <w:uiPriority w:val="99"/>
    <w:unhideWhenUsed/>
    <w:rsid w:val="00326F90"/>
    <w:pPr>
      <w:numPr>
        <w:numId w:val="2"/>
      </w:numPr>
      <w:contextualSpacing/>
    </w:pPr>
  </w:style>
  <w:style w:type="paragraph" w:styleId="30">
    <w:name w:val="List Bullet 3"/>
    <w:basedOn w:val="a1"/>
    <w:uiPriority w:val="99"/>
    <w:unhideWhenUsed/>
    <w:rsid w:val="00326F90"/>
    <w:pPr>
      <w:numPr>
        <w:numId w:val="3"/>
      </w:numPr>
      <w:contextualSpacing/>
    </w:pPr>
  </w:style>
  <w:style w:type="paragraph" w:styleId="a">
    <w:name w:val="List Number"/>
    <w:basedOn w:val="a1"/>
    <w:uiPriority w:val="99"/>
    <w:unhideWhenUsed/>
    <w:rsid w:val="00326F90"/>
    <w:pPr>
      <w:numPr>
        <w:numId w:val="5"/>
      </w:numPr>
      <w:contextualSpacing/>
    </w:pPr>
  </w:style>
  <w:style w:type="paragraph" w:styleId="2">
    <w:name w:val="List Number 2"/>
    <w:basedOn w:val="a1"/>
    <w:uiPriority w:val="99"/>
    <w:unhideWhenUsed/>
    <w:rsid w:val="0029639D"/>
    <w:pPr>
      <w:numPr>
        <w:numId w:val="6"/>
      </w:numPr>
      <w:contextualSpacing/>
    </w:pPr>
  </w:style>
  <w:style w:type="paragraph" w:styleId="3">
    <w:name w:val="List Number 3"/>
    <w:basedOn w:val="a1"/>
    <w:uiPriority w:val="99"/>
    <w:unhideWhenUsed/>
    <w:rsid w:val="0029639D"/>
    <w:pPr>
      <w:numPr>
        <w:numId w:val="7"/>
      </w:numPr>
      <w:contextualSpacing/>
    </w:pPr>
  </w:style>
  <w:style w:type="paragraph" w:styleId="af2">
    <w:name w:val="List Continue"/>
    <w:basedOn w:val="a1"/>
    <w:uiPriority w:val="99"/>
    <w:unhideWhenUsed/>
    <w:rsid w:val="0029639D"/>
    <w:pPr>
      <w:spacing w:after="120"/>
      <w:ind w:left="360"/>
      <w:contextualSpacing/>
    </w:pPr>
  </w:style>
  <w:style w:type="paragraph" w:styleId="26">
    <w:name w:val="List Continue 2"/>
    <w:basedOn w:val="a1"/>
    <w:uiPriority w:val="99"/>
    <w:unhideWhenUsed/>
    <w:rsid w:val="0029639D"/>
    <w:pPr>
      <w:spacing w:after="120"/>
      <w:ind w:left="720"/>
      <w:contextualSpacing/>
    </w:pPr>
  </w:style>
  <w:style w:type="paragraph" w:styleId="36">
    <w:name w:val="List Continue 3"/>
    <w:basedOn w:val="a1"/>
    <w:uiPriority w:val="99"/>
    <w:unhideWhenUsed/>
    <w:rsid w:val="0029639D"/>
    <w:pPr>
      <w:spacing w:after="120"/>
      <w:ind w:left="1080"/>
      <w:contextualSpacing/>
    </w:pPr>
  </w:style>
  <w:style w:type="paragraph" w:styleId="af3">
    <w:name w:val="macro"/>
    <w:link w:val="af4"/>
    <w:uiPriority w:val="99"/>
    <w:unhideWhenUsed/>
    <w:rsid w:val="0029639D"/>
    <w:pPr>
      <w:tabs>
        <w:tab w:val="left" w:pos="576"/>
        <w:tab w:val="left" w:pos="1152"/>
        <w:tab w:val="left" w:pos="1728"/>
        <w:tab w:val="left" w:pos="2304"/>
        <w:tab w:val="left" w:pos="2880"/>
        <w:tab w:val="left" w:pos="3456"/>
        <w:tab w:val="left" w:pos="4032"/>
      </w:tabs>
    </w:pPr>
    <w:rPr>
      <w:rFonts w:ascii="Courier" w:hAnsi="Courier"/>
      <w:sz w:val="20"/>
      <w:szCs w:val="20"/>
    </w:rPr>
  </w:style>
  <w:style w:type="character" w:customStyle="1" w:styleId="af4">
    <w:name w:val="宏文本 字符"/>
    <w:basedOn w:val="a2"/>
    <w:link w:val="af3"/>
    <w:uiPriority w:val="99"/>
    <w:rsid w:val="0029639D"/>
    <w:rPr>
      <w:rFonts w:ascii="Courier" w:hAnsi="Courier"/>
      <w:sz w:val="20"/>
      <w:szCs w:val="20"/>
    </w:rPr>
  </w:style>
  <w:style w:type="paragraph" w:styleId="af5">
    <w:name w:val="Quote"/>
    <w:basedOn w:val="a1"/>
    <w:next w:val="a1"/>
    <w:link w:val="af6"/>
    <w:uiPriority w:val="29"/>
    <w:qFormat/>
    <w:rsid w:val="00FC693F"/>
    <w:rPr>
      <w:i/>
      <w:iCs/>
      <w:color w:val="000000" w:themeColor="text1"/>
    </w:rPr>
  </w:style>
  <w:style w:type="character" w:customStyle="1" w:styleId="af6">
    <w:name w:val="引用 字符"/>
    <w:basedOn w:val="a2"/>
    <w:link w:val="af5"/>
    <w:uiPriority w:val="29"/>
    <w:rsid w:val="00FC693F"/>
    <w:rPr>
      <w:i/>
      <w:iCs/>
      <w:color w:val="000000" w:themeColor="text1"/>
    </w:rPr>
  </w:style>
  <w:style w:type="character" w:customStyle="1" w:styleId="40">
    <w:name w:val="标题 4 字符"/>
    <w:basedOn w:val="a2"/>
    <w:link w:val="4"/>
    <w:uiPriority w:val="9"/>
    <w:semiHidden/>
    <w:rsid w:val="00FC693F"/>
    <w:rPr>
      <w:rFonts w:asciiTheme="majorHAnsi" w:eastAsiaTheme="majorEastAsia" w:hAnsiTheme="majorHAnsi" w:cstheme="majorBidi"/>
      <w:b/>
      <w:bCs/>
      <w:i/>
      <w:iCs/>
      <w:color w:val="4F81BD" w:themeColor="accent1"/>
    </w:rPr>
  </w:style>
  <w:style w:type="character" w:customStyle="1" w:styleId="50">
    <w:name w:val="标题 5 字符"/>
    <w:basedOn w:val="a2"/>
    <w:link w:val="5"/>
    <w:uiPriority w:val="9"/>
    <w:semiHidden/>
    <w:rsid w:val="00FC693F"/>
    <w:rPr>
      <w:rFonts w:asciiTheme="majorHAnsi" w:eastAsiaTheme="majorEastAsia" w:hAnsiTheme="majorHAnsi" w:cstheme="majorBidi"/>
      <w:color w:val="243F60" w:themeColor="accent1" w:themeShade="7F"/>
    </w:rPr>
  </w:style>
  <w:style w:type="character" w:customStyle="1" w:styleId="60">
    <w:name w:val="标题 6 字符"/>
    <w:basedOn w:val="a2"/>
    <w:link w:val="6"/>
    <w:uiPriority w:val="9"/>
    <w:semiHidden/>
    <w:rsid w:val="00FC693F"/>
    <w:rPr>
      <w:rFonts w:asciiTheme="majorHAnsi" w:eastAsiaTheme="majorEastAsia" w:hAnsiTheme="majorHAnsi" w:cstheme="majorBidi"/>
      <w:i/>
      <w:iCs/>
      <w:color w:val="243F60" w:themeColor="accent1" w:themeShade="7F"/>
    </w:rPr>
  </w:style>
  <w:style w:type="character" w:customStyle="1" w:styleId="70">
    <w:name w:val="标题 7 字符"/>
    <w:basedOn w:val="a2"/>
    <w:link w:val="7"/>
    <w:uiPriority w:val="9"/>
    <w:semiHidden/>
    <w:rsid w:val="00FC693F"/>
    <w:rPr>
      <w:rFonts w:asciiTheme="majorHAnsi" w:eastAsiaTheme="majorEastAsia" w:hAnsiTheme="majorHAnsi" w:cstheme="majorBidi"/>
      <w:i/>
      <w:iCs/>
      <w:color w:val="404040" w:themeColor="text1" w:themeTint="BF"/>
    </w:rPr>
  </w:style>
  <w:style w:type="character" w:customStyle="1" w:styleId="80">
    <w:name w:val="标题 8 字符"/>
    <w:basedOn w:val="a2"/>
    <w:link w:val="8"/>
    <w:uiPriority w:val="9"/>
    <w:semiHidden/>
    <w:rsid w:val="00FC693F"/>
    <w:rPr>
      <w:rFonts w:asciiTheme="majorHAnsi" w:eastAsiaTheme="majorEastAsia" w:hAnsiTheme="majorHAnsi" w:cstheme="majorBidi"/>
      <w:color w:val="4F81BD" w:themeColor="accent1"/>
      <w:sz w:val="20"/>
      <w:szCs w:val="20"/>
    </w:rPr>
  </w:style>
  <w:style w:type="character" w:customStyle="1" w:styleId="90">
    <w:name w:val="标题 9 字符"/>
    <w:basedOn w:val="a2"/>
    <w:link w:val="9"/>
    <w:uiPriority w:val="9"/>
    <w:semiHidden/>
    <w:rsid w:val="00FC693F"/>
    <w:rPr>
      <w:rFonts w:asciiTheme="majorHAnsi" w:eastAsiaTheme="majorEastAsia" w:hAnsiTheme="majorHAnsi" w:cstheme="majorBidi"/>
      <w:i/>
      <w:iCs/>
      <w:color w:val="404040" w:themeColor="text1" w:themeTint="BF"/>
      <w:sz w:val="20"/>
      <w:szCs w:val="20"/>
    </w:rPr>
  </w:style>
  <w:style w:type="paragraph" w:styleId="af7">
    <w:name w:val="caption"/>
    <w:basedOn w:val="a1"/>
    <w:next w:val="a1"/>
    <w:uiPriority w:val="35"/>
    <w:semiHidden/>
    <w:unhideWhenUsed/>
    <w:qFormat/>
    <w:rsid w:val="00FC693F"/>
    <w:pPr>
      <w:spacing w:line="240" w:lineRule="auto"/>
    </w:pPr>
    <w:rPr>
      <w:b/>
      <w:bCs/>
      <w:color w:val="4F81BD" w:themeColor="accent1"/>
      <w:sz w:val="18"/>
      <w:szCs w:val="18"/>
    </w:rPr>
  </w:style>
  <w:style w:type="character" w:styleId="af8">
    <w:name w:val="Strong"/>
    <w:basedOn w:val="a2"/>
    <w:uiPriority w:val="22"/>
    <w:qFormat/>
    <w:rsid w:val="00FC693F"/>
    <w:rPr>
      <w:b/>
      <w:bCs/>
    </w:rPr>
  </w:style>
  <w:style w:type="character" w:styleId="af9">
    <w:name w:val="Emphasis"/>
    <w:basedOn w:val="a2"/>
    <w:uiPriority w:val="20"/>
    <w:qFormat/>
    <w:rsid w:val="00FC693F"/>
    <w:rPr>
      <w:i/>
      <w:iCs/>
    </w:rPr>
  </w:style>
  <w:style w:type="paragraph" w:styleId="afa">
    <w:name w:val="Intense Quote"/>
    <w:basedOn w:val="a1"/>
    <w:next w:val="a1"/>
    <w:link w:val="afb"/>
    <w:uiPriority w:val="30"/>
    <w:qFormat/>
    <w:rsid w:val="00FC693F"/>
    <w:pPr>
      <w:pBdr>
        <w:bottom w:val="single" w:sz="4" w:space="4" w:color="4F81BD" w:themeColor="accent1"/>
      </w:pBdr>
      <w:spacing w:before="200" w:after="280"/>
      <w:ind w:left="936" w:right="936"/>
    </w:pPr>
    <w:rPr>
      <w:b/>
      <w:bCs/>
      <w:i/>
      <w:iCs/>
      <w:color w:val="4F81BD" w:themeColor="accent1"/>
    </w:rPr>
  </w:style>
  <w:style w:type="character" w:customStyle="1" w:styleId="afb">
    <w:name w:val="明显引用 字符"/>
    <w:basedOn w:val="a2"/>
    <w:link w:val="afa"/>
    <w:uiPriority w:val="30"/>
    <w:rsid w:val="00FC693F"/>
    <w:rPr>
      <w:b/>
      <w:bCs/>
      <w:i/>
      <w:iCs/>
      <w:color w:val="4F81BD" w:themeColor="accent1"/>
    </w:rPr>
  </w:style>
  <w:style w:type="character" w:styleId="afc">
    <w:name w:val="Subtle Emphasis"/>
    <w:basedOn w:val="a2"/>
    <w:uiPriority w:val="19"/>
    <w:qFormat/>
    <w:rsid w:val="00FC693F"/>
    <w:rPr>
      <w:i/>
      <w:iCs/>
      <w:color w:val="808080" w:themeColor="text1" w:themeTint="7F"/>
    </w:rPr>
  </w:style>
  <w:style w:type="character" w:styleId="afd">
    <w:name w:val="Intense Emphasis"/>
    <w:basedOn w:val="a2"/>
    <w:uiPriority w:val="21"/>
    <w:qFormat/>
    <w:rsid w:val="00FC693F"/>
    <w:rPr>
      <w:b/>
      <w:bCs/>
      <w:i/>
      <w:iCs/>
      <w:color w:val="4F81BD" w:themeColor="accent1"/>
    </w:rPr>
  </w:style>
  <w:style w:type="character" w:styleId="afe">
    <w:name w:val="Subtle Reference"/>
    <w:basedOn w:val="a2"/>
    <w:uiPriority w:val="31"/>
    <w:qFormat/>
    <w:rsid w:val="00FC693F"/>
    <w:rPr>
      <w:smallCaps/>
      <w:color w:val="C0504D" w:themeColor="accent2"/>
      <w:u w:val="single"/>
    </w:rPr>
  </w:style>
  <w:style w:type="character" w:styleId="aff">
    <w:name w:val="Intense Reference"/>
    <w:basedOn w:val="a2"/>
    <w:uiPriority w:val="32"/>
    <w:qFormat/>
    <w:rsid w:val="00FC693F"/>
    <w:rPr>
      <w:b/>
      <w:bCs/>
      <w:smallCaps/>
      <w:color w:val="C0504D" w:themeColor="accent2"/>
      <w:spacing w:val="5"/>
      <w:u w:val="single"/>
    </w:rPr>
  </w:style>
  <w:style w:type="character" w:styleId="aff0">
    <w:name w:val="Book Title"/>
    <w:basedOn w:val="a2"/>
    <w:uiPriority w:val="33"/>
    <w:qFormat/>
    <w:rsid w:val="00FC693F"/>
    <w:rPr>
      <w:b/>
      <w:bCs/>
      <w:smallCaps/>
      <w:spacing w:val="5"/>
    </w:rPr>
  </w:style>
  <w:style w:type="paragraph" w:styleId="TOC">
    <w:name w:val="TOC Heading"/>
    <w:basedOn w:val="1"/>
    <w:next w:val="a1"/>
    <w:uiPriority w:val="39"/>
    <w:semiHidden/>
    <w:unhideWhenUsed/>
    <w:qFormat/>
    <w:rsid w:val="00FC693F"/>
    <w:pPr>
      <w:outlineLvl w:val="9"/>
    </w:pPr>
  </w:style>
  <w:style w:type="table" w:styleId="aff1">
    <w:name w:val="Table Grid"/>
    <w:basedOn w:val="a3"/>
    <w:uiPriority w:val="59"/>
    <w:rsid w:val="00FC693F"/>
    <w:pPr>
      <w:spacing w:after="0" w:line="240" w:lineRule="auto"/>
    </w:pPr>
    <w:tblPr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</w:tblPr>
  </w:style>
  <w:style w:type="table" w:styleId="aff2">
    <w:name w:val="Light Shading"/>
    <w:basedOn w:val="a3"/>
    <w:uiPriority w:val="60"/>
    <w:rsid w:val="00FC693F"/>
    <w:pPr>
      <w:spacing w:after="0" w:line="240" w:lineRule="auto"/>
    </w:pPr>
    <w:rPr>
      <w:color w:val="000000" w:themeColor="text1" w:themeShade="BF"/>
    </w:rPr>
    <w:tblPr>
      <w:tblStyleRowBandSize w:val="1"/>
      <w:tblStyleColBandSize w:val="1"/>
      <w:tblBorders>
        <w:top w:val="single" w:sz="8" w:space="0" w:color="000000" w:themeColor="text1"/>
        <w:bottom w:val="single" w:sz="8" w:space="0" w:color="000000" w:themeColor="text1"/>
      </w:tblBorders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000000" w:themeColor="text1"/>
          <w:left w:val="nil"/>
          <w:bottom w:val="single" w:sz="8" w:space="0" w:color="000000" w:themeColor="text1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000000" w:themeColor="text1"/>
          <w:left w:val="nil"/>
          <w:bottom w:val="single" w:sz="8" w:space="0" w:color="000000" w:themeColor="text1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C0C0C0" w:themeFill="text1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C0C0C0" w:themeFill="text1" w:themeFillTint="3F"/>
      </w:tcPr>
    </w:tblStylePr>
  </w:style>
  <w:style w:type="table" w:styleId="-1">
    <w:name w:val="Light Shading Accent 1"/>
    <w:basedOn w:val="a3"/>
    <w:uiPriority w:val="60"/>
    <w:rsid w:val="00FC693F"/>
    <w:pPr>
      <w:spacing w:after="0" w:line="240" w:lineRule="auto"/>
    </w:pPr>
    <w:rPr>
      <w:color w:val="365F91" w:themeColor="accent1" w:themeShade="BF"/>
    </w:rPr>
    <w:tblPr>
      <w:tblStyleRowBandSize w:val="1"/>
      <w:tblStyleColBandSize w:val="1"/>
      <w:tblBorders>
        <w:top w:val="single" w:sz="8" w:space="0" w:color="4F81BD" w:themeColor="accent1"/>
        <w:bottom w:val="single" w:sz="8" w:space="0" w:color="4F81BD" w:themeColor="accent1"/>
      </w:tblBorders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4F81BD" w:themeColor="accent1"/>
          <w:left w:val="nil"/>
          <w:bottom w:val="single" w:sz="8" w:space="0" w:color="4F81BD" w:themeColor="accent1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4F81BD" w:themeColor="accent1"/>
          <w:left w:val="nil"/>
          <w:bottom w:val="single" w:sz="8" w:space="0" w:color="4F81BD" w:themeColor="accent1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3DFEE" w:themeFill="accent1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D3DFEE" w:themeFill="accent1" w:themeFillTint="3F"/>
      </w:tcPr>
    </w:tblStylePr>
  </w:style>
  <w:style w:type="table" w:styleId="-2">
    <w:name w:val="Light Shading Accent 2"/>
    <w:basedOn w:val="a3"/>
    <w:uiPriority w:val="60"/>
    <w:rsid w:val="00FC693F"/>
    <w:pPr>
      <w:spacing w:after="0" w:line="240" w:lineRule="auto"/>
    </w:pPr>
    <w:rPr>
      <w:color w:val="943634" w:themeColor="accent2" w:themeShade="BF"/>
    </w:rPr>
    <w:tblPr>
      <w:tblStyleRowBandSize w:val="1"/>
      <w:tblStyleColBandSize w:val="1"/>
      <w:tblBorders>
        <w:top w:val="single" w:sz="8" w:space="0" w:color="C0504D" w:themeColor="accent2"/>
        <w:bottom w:val="single" w:sz="8" w:space="0" w:color="C0504D" w:themeColor="accent2"/>
      </w:tblBorders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C0504D" w:themeColor="accent2"/>
          <w:left w:val="nil"/>
          <w:bottom w:val="single" w:sz="8" w:space="0" w:color="C0504D" w:themeColor="accent2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C0504D" w:themeColor="accent2"/>
          <w:left w:val="nil"/>
          <w:bottom w:val="single" w:sz="8" w:space="0" w:color="C0504D" w:themeColor="accent2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EFD3D2" w:themeFill="accent2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EFD3D2" w:themeFill="accent2" w:themeFillTint="3F"/>
      </w:tcPr>
    </w:tblStylePr>
  </w:style>
  <w:style w:type="table" w:styleId="-3">
    <w:name w:val="Light Shading Accent 3"/>
    <w:basedOn w:val="a3"/>
    <w:uiPriority w:val="60"/>
    <w:rsid w:val="00FC693F"/>
    <w:pPr>
      <w:spacing w:after="0" w:line="240" w:lineRule="auto"/>
    </w:pPr>
    <w:rPr>
      <w:color w:val="76923C" w:themeColor="accent3" w:themeShade="BF"/>
    </w:rPr>
    <w:tblPr>
      <w:tblStyleRowBandSize w:val="1"/>
      <w:tblStyleColBandSize w:val="1"/>
      <w:tblBorders>
        <w:top w:val="single" w:sz="8" w:space="0" w:color="9BBB59" w:themeColor="accent3"/>
        <w:bottom w:val="single" w:sz="8" w:space="0" w:color="9BBB59" w:themeColor="accent3"/>
      </w:tblBorders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9BBB59" w:themeColor="accent3"/>
          <w:left w:val="nil"/>
          <w:bottom w:val="single" w:sz="8" w:space="0" w:color="9BBB59" w:themeColor="accent3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9BBB59" w:themeColor="accent3"/>
          <w:left w:val="nil"/>
          <w:bottom w:val="single" w:sz="8" w:space="0" w:color="9BBB59" w:themeColor="accent3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E6EED5" w:themeFill="accent3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E6EED5" w:themeFill="accent3" w:themeFillTint="3F"/>
      </w:tcPr>
    </w:tblStylePr>
  </w:style>
  <w:style w:type="table" w:styleId="-4">
    <w:name w:val="Light Shading Accent 4"/>
    <w:basedOn w:val="a3"/>
    <w:uiPriority w:val="60"/>
    <w:rsid w:val="00FC693F"/>
    <w:pPr>
      <w:spacing w:after="0" w:line="240" w:lineRule="auto"/>
    </w:pPr>
    <w:rPr>
      <w:color w:val="5F497A" w:themeColor="accent4" w:themeShade="BF"/>
    </w:rPr>
    <w:tblPr>
      <w:tblStyleRowBandSize w:val="1"/>
      <w:tblStyleColBandSize w:val="1"/>
      <w:tblBorders>
        <w:top w:val="single" w:sz="8" w:space="0" w:color="8064A2" w:themeColor="accent4"/>
        <w:bottom w:val="single" w:sz="8" w:space="0" w:color="8064A2" w:themeColor="accent4"/>
      </w:tblBorders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8064A2" w:themeColor="accent4"/>
          <w:left w:val="nil"/>
          <w:bottom w:val="single" w:sz="8" w:space="0" w:color="8064A2" w:themeColor="accent4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8064A2" w:themeColor="accent4"/>
          <w:left w:val="nil"/>
          <w:bottom w:val="single" w:sz="8" w:space="0" w:color="8064A2" w:themeColor="accent4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FD8E8" w:themeFill="accent4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DFD8E8" w:themeFill="accent4" w:themeFillTint="3F"/>
      </w:tcPr>
    </w:tblStylePr>
  </w:style>
  <w:style w:type="table" w:styleId="-5">
    <w:name w:val="Light Shading Accent 5"/>
    <w:basedOn w:val="a3"/>
    <w:uiPriority w:val="60"/>
    <w:rsid w:val="00FC693F"/>
    <w:pPr>
      <w:spacing w:after="0" w:line="240" w:lineRule="auto"/>
    </w:pPr>
    <w:rPr>
      <w:color w:val="31849B" w:themeColor="accent5" w:themeShade="BF"/>
    </w:rPr>
    <w:tblPr>
      <w:tblStyleRowBandSize w:val="1"/>
      <w:tblStyleColBandSize w:val="1"/>
      <w:tblBorders>
        <w:top w:val="single" w:sz="8" w:space="0" w:color="4BACC6" w:themeColor="accent5"/>
        <w:bottom w:val="single" w:sz="8" w:space="0" w:color="4BACC6" w:themeColor="accent5"/>
      </w:tblBorders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4BACC6" w:themeColor="accent5"/>
          <w:left w:val="nil"/>
          <w:bottom w:val="single" w:sz="8" w:space="0" w:color="4BACC6" w:themeColor="accent5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4BACC6" w:themeColor="accent5"/>
          <w:left w:val="nil"/>
          <w:bottom w:val="single" w:sz="8" w:space="0" w:color="4BACC6" w:themeColor="accent5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2EAF1" w:themeFill="accent5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D2EAF1" w:themeFill="accent5" w:themeFillTint="3F"/>
      </w:tcPr>
    </w:tblStylePr>
  </w:style>
  <w:style w:type="table" w:styleId="-6">
    <w:name w:val="Light Shading Accent 6"/>
    <w:basedOn w:val="a3"/>
    <w:uiPriority w:val="60"/>
    <w:rsid w:val="00FC693F"/>
    <w:pPr>
      <w:spacing w:after="0" w:line="240" w:lineRule="auto"/>
    </w:pPr>
    <w:rPr>
      <w:color w:val="E36C0A" w:themeColor="accent6" w:themeShade="BF"/>
    </w:rPr>
    <w:tblPr>
      <w:tblStyleRowBandSize w:val="1"/>
      <w:tblStyleColBandSize w:val="1"/>
      <w:tblBorders>
        <w:top w:val="single" w:sz="8" w:space="0" w:color="F79646" w:themeColor="accent6"/>
        <w:bottom w:val="single" w:sz="8" w:space="0" w:color="F79646" w:themeColor="accent6"/>
      </w:tblBorders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F79646" w:themeColor="accent6"/>
          <w:left w:val="nil"/>
          <w:bottom w:val="single" w:sz="8" w:space="0" w:color="F79646" w:themeColor="accent6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F79646" w:themeColor="accent6"/>
          <w:left w:val="nil"/>
          <w:bottom w:val="single" w:sz="8" w:space="0" w:color="F79646" w:themeColor="accent6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FDE4D0" w:themeFill="accent6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FDE4D0" w:themeFill="accent6" w:themeFillTint="3F"/>
      </w:tcPr>
    </w:tblStylePr>
  </w:style>
  <w:style w:type="table" w:styleId="aff3">
    <w:name w:val="Light List"/>
    <w:basedOn w:val="a3"/>
    <w:uiPriority w:val="61"/>
    <w:rsid w:val="00FC693F"/>
    <w:pPr>
      <w:spacing w:after="0" w:line="240" w:lineRule="auto"/>
    </w:pPr>
    <w:tblPr>
      <w:tblStyleRowBandSize w:val="1"/>
      <w:tblStyleColBandSize w:val="1"/>
      <w:tblBorders>
        <w:top w:val="single" w:sz="8" w:space="0" w:color="000000" w:themeColor="text1"/>
        <w:left w:val="single" w:sz="8" w:space="0" w:color="000000" w:themeColor="text1"/>
        <w:bottom w:val="single" w:sz="8" w:space="0" w:color="000000" w:themeColor="text1"/>
        <w:right w:val="single" w:sz="8" w:space="0" w:color="000000" w:themeColor="text1"/>
      </w:tblBorders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000000" w:themeFill="text1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</w:tcBorders>
      </w:tcPr>
    </w:tblStylePr>
    <w:tblStylePr w:type="band1Horz"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</w:tcBorders>
      </w:tcPr>
    </w:tblStylePr>
  </w:style>
  <w:style w:type="table" w:styleId="-10">
    <w:name w:val="Light List Accent 1"/>
    <w:basedOn w:val="a3"/>
    <w:uiPriority w:val="61"/>
    <w:rsid w:val="00FC693F"/>
    <w:pPr>
      <w:spacing w:after="0" w:line="240" w:lineRule="auto"/>
    </w:pPr>
    <w:tblPr>
      <w:tblStyleRowBandSize w:val="1"/>
      <w:tblStyleColBandSize w:val="1"/>
      <w:tblBorders>
        <w:top w:val="single" w:sz="8" w:space="0" w:color="4F81BD" w:themeColor="accent1"/>
        <w:left w:val="single" w:sz="8" w:space="0" w:color="4F81BD" w:themeColor="accent1"/>
        <w:bottom w:val="single" w:sz="8" w:space="0" w:color="4F81BD" w:themeColor="accent1"/>
        <w:right w:val="single" w:sz="8" w:space="0" w:color="4F81BD" w:themeColor="accent1"/>
      </w:tblBorders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4F81BD" w:themeFill="accent1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</w:tcBorders>
      </w:tcPr>
    </w:tblStylePr>
    <w:tblStylePr w:type="band1Horz"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</w:tcBorders>
      </w:tcPr>
    </w:tblStylePr>
  </w:style>
  <w:style w:type="table" w:styleId="-20">
    <w:name w:val="Light List Accent 2"/>
    <w:basedOn w:val="a3"/>
    <w:uiPriority w:val="61"/>
    <w:rsid w:val="00CB0664"/>
    <w:pPr>
      <w:spacing w:after="0" w:line="240" w:lineRule="auto"/>
    </w:pPr>
    <w:tblPr>
      <w:tblStyleRowBandSize w:val="1"/>
      <w:tblStyleColBandSize w:val="1"/>
      <w:tblBorders>
        <w:top w:val="single" w:sz="8" w:space="0" w:color="C0504D" w:themeColor="accent2"/>
        <w:left w:val="single" w:sz="8" w:space="0" w:color="C0504D" w:themeColor="accent2"/>
        <w:bottom w:val="single" w:sz="8" w:space="0" w:color="C0504D" w:themeColor="accent2"/>
        <w:right w:val="single" w:sz="8" w:space="0" w:color="C0504D" w:themeColor="accent2"/>
      </w:tblBorders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C0504D" w:themeFill="accent2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</w:tcBorders>
      </w:tcPr>
    </w:tblStylePr>
    <w:tblStylePr w:type="band1Horz"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</w:tcBorders>
      </w:tcPr>
    </w:tblStylePr>
  </w:style>
  <w:style w:type="table" w:styleId="-30">
    <w:name w:val="Light List Accent 3"/>
    <w:basedOn w:val="a3"/>
    <w:uiPriority w:val="61"/>
    <w:rsid w:val="00CB0664"/>
    <w:pPr>
      <w:spacing w:after="0" w:line="240" w:lineRule="auto"/>
    </w:pPr>
    <w:tblPr>
      <w:tblStyleRowBandSize w:val="1"/>
      <w:tblStyleColBandSize w:val="1"/>
      <w:tblBorders>
        <w:top w:val="single" w:sz="8" w:space="0" w:color="9BBB59" w:themeColor="accent3"/>
        <w:left w:val="single" w:sz="8" w:space="0" w:color="9BBB59" w:themeColor="accent3"/>
        <w:bottom w:val="single" w:sz="8" w:space="0" w:color="9BBB59" w:themeColor="accent3"/>
        <w:right w:val="single" w:sz="8" w:space="0" w:color="9BBB59" w:themeColor="accent3"/>
      </w:tblBorders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9BBB59" w:themeFill="accent3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</w:tcBorders>
      </w:tcPr>
    </w:tblStylePr>
    <w:tblStylePr w:type="band1Horz"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</w:tcBorders>
      </w:tcPr>
    </w:tblStylePr>
  </w:style>
  <w:style w:type="table" w:styleId="-40">
    <w:name w:val="Light List Accent 4"/>
    <w:basedOn w:val="a3"/>
    <w:uiPriority w:val="61"/>
    <w:rsid w:val="00CB0664"/>
    <w:pPr>
      <w:spacing w:after="0" w:line="240" w:lineRule="auto"/>
    </w:pPr>
    <w:tblPr>
      <w:tblStyleRowBandSize w:val="1"/>
      <w:tblStyleColBandSize w:val="1"/>
      <w:tblBorders>
        <w:top w:val="single" w:sz="8" w:space="0" w:color="8064A2" w:themeColor="accent4"/>
        <w:left w:val="single" w:sz="8" w:space="0" w:color="8064A2" w:themeColor="accent4"/>
        <w:bottom w:val="single" w:sz="8" w:space="0" w:color="8064A2" w:themeColor="accent4"/>
        <w:right w:val="single" w:sz="8" w:space="0" w:color="8064A2" w:themeColor="accent4"/>
      </w:tblBorders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8064A2" w:themeFill="accent4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</w:tcBorders>
      </w:tcPr>
    </w:tblStylePr>
    <w:tblStylePr w:type="band1Horz"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</w:tcBorders>
      </w:tcPr>
    </w:tblStylePr>
  </w:style>
  <w:style w:type="table" w:styleId="-50">
    <w:name w:val="Light List Accent 5"/>
    <w:basedOn w:val="a3"/>
    <w:uiPriority w:val="61"/>
    <w:rsid w:val="00CB0664"/>
    <w:pPr>
      <w:spacing w:after="0" w:line="240" w:lineRule="auto"/>
    </w:pPr>
    <w:tblPr>
      <w:tblStyleRowBandSize w:val="1"/>
      <w:tblStyleColBandSize w:val="1"/>
      <w:tblBorders>
        <w:top w:val="single" w:sz="8" w:space="0" w:color="4BACC6" w:themeColor="accent5"/>
        <w:left w:val="single" w:sz="8" w:space="0" w:color="4BACC6" w:themeColor="accent5"/>
        <w:bottom w:val="single" w:sz="8" w:space="0" w:color="4BACC6" w:themeColor="accent5"/>
        <w:right w:val="single" w:sz="8" w:space="0" w:color="4BACC6" w:themeColor="accent5"/>
      </w:tblBorders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4BACC6" w:themeFill="accent5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</w:tcBorders>
      </w:tcPr>
    </w:tblStylePr>
    <w:tblStylePr w:type="band1Horz"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</w:tcBorders>
      </w:tcPr>
    </w:tblStylePr>
  </w:style>
  <w:style w:type="table" w:styleId="-60">
    <w:name w:val="Light List Accent 6"/>
    <w:basedOn w:val="a3"/>
    <w:uiPriority w:val="61"/>
    <w:rsid w:val="00CB0664"/>
    <w:pPr>
      <w:spacing w:after="0" w:line="240" w:lineRule="auto"/>
    </w:pPr>
    <w:tblPr>
      <w:tblStyleRowBandSize w:val="1"/>
      <w:tblStyleColBandSize w:val="1"/>
      <w:tblBorders>
        <w:top w:val="single" w:sz="8" w:space="0" w:color="F79646" w:themeColor="accent6"/>
        <w:left w:val="single" w:sz="8" w:space="0" w:color="F79646" w:themeColor="accent6"/>
        <w:bottom w:val="single" w:sz="8" w:space="0" w:color="F79646" w:themeColor="accent6"/>
        <w:right w:val="single" w:sz="8" w:space="0" w:color="F79646" w:themeColor="accent6"/>
      </w:tblBorders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F79646" w:themeFill="accent6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</w:tcBorders>
      </w:tcPr>
    </w:tblStylePr>
    <w:tblStylePr w:type="band1Horz"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</w:tcBorders>
      </w:tcPr>
    </w:tblStylePr>
  </w:style>
  <w:style w:type="table" w:styleId="aff4">
    <w:name w:val="Light Grid"/>
    <w:basedOn w:val="a3"/>
    <w:uiPriority w:val="62"/>
    <w:rsid w:val="00CB0664"/>
    <w:pPr>
      <w:spacing w:after="0" w:line="240" w:lineRule="auto"/>
    </w:pPr>
    <w:tblPr>
      <w:tblStyleRowBandSize w:val="1"/>
      <w:tblStyleColBandSize w:val="1"/>
      <w:tblBorders>
        <w:top w:val="single" w:sz="8" w:space="0" w:color="000000" w:themeColor="text1"/>
        <w:left w:val="single" w:sz="8" w:space="0" w:color="000000" w:themeColor="text1"/>
        <w:bottom w:val="single" w:sz="8" w:space="0" w:color="000000" w:themeColor="text1"/>
        <w:right w:val="single" w:sz="8" w:space="0" w:color="000000" w:themeColor="text1"/>
        <w:insideH w:val="single" w:sz="8" w:space="0" w:color="000000" w:themeColor="text1"/>
        <w:insideV w:val="single" w:sz="8" w:space="0" w:color="000000" w:themeColor="text1"/>
      </w:tblBorders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18" w:space="0" w:color="000000" w:themeColor="text1"/>
          <w:right w:val="single" w:sz="8" w:space="0" w:color="000000" w:themeColor="text1"/>
          <w:insideH w:val="nil"/>
          <w:insideV w:val="single" w:sz="8" w:space="0" w:color="000000" w:themeColor="text1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  <w:insideH w:val="nil"/>
          <w:insideV w:val="single" w:sz="8" w:space="0" w:color="000000" w:themeColor="text1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</w:tcBorders>
      </w:tcPr>
    </w:tblStylePr>
    <w:tblStylePr w:type="band1Vert"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</w:tcBorders>
        <w:shd w:val="clear" w:color="auto" w:fill="C0C0C0" w:themeFill="text1" w:themeFillTint="3F"/>
      </w:tcPr>
    </w:tblStylePr>
    <w:tblStylePr w:type="band1Horz"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  <w:insideV w:val="single" w:sz="8" w:space="0" w:color="000000" w:themeColor="text1"/>
        </w:tcBorders>
        <w:shd w:val="clear" w:color="auto" w:fill="C0C0C0" w:themeFill="text1" w:themeFillTint="3F"/>
      </w:tcPr>
    </w:tblStylePr>
    <w:tblStylePr w:type="band2Horz"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  <w:insideV w:val="single" w:sz="8" w:space="0" w:color="000000" w:themeColor="text1"/>
        </w:tcBorders>
      </w:tcPr>
    </w:tblStylePr>
  </w:style>
  <w:style w:type="table" w:styleId="-11">
    <w:name w:val="Light Grid Accent 1"/>
    <w:basedOn w:val="a3"/>
    <w:uiPriority w:val="62"/>
    <w:rsid w:val="00CB0664"/>
    <w:pPr>
      <w:spacing w:after="0" w:line="240" w:lineRule="auto"/>
    </w:pPr>
    <w:tblPr>
      <w:tblStyleRowBandSize w:val="1"/>
      <w:tblStyleColBandSize w:val="1"/>
      <w:tblBorders>
        <w:top w:val="single" w:sz="8" w:space="0" w:color="4F81BD" w:themeColor="accent1"/>
        <w:left w:val="single" w:sz="8" w:space="0" w:color="4F81BD" w:themeColor="accent1"/>
        <w:bottom w:val="single" w:sz="8" w:space="0" w:color="4F81BD" w:themeColor="accent1"/>
        <w:right w:val="single" w:sz="8" w:space="0" w:color="4F81BD" w:themeColor="accent1"/>
        <w:insideH w:val="single" w:sz="8" w:space="0" w:color="4F81BD" w:themeColor="accent1"/>
        <w:insideV w:val="single" w:sz="8" w:space="0" w:color="4F81BD" w:themeColor="accent1"/>
      </w:tblBorders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18" w:space="0" w:color="4F81BD" w:themeColor="accent1"/>
          <w:right w:val="single" w:sz="8" w:space="0" w:color="4F81BD" w:themeColor="accent1"/>
          <w:insideH w:val="nil"/>
          <w:insideV w:val="single" w:sz="8" w:space="0" w:color="4F81BD" w:themeColor="accent1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  <w:insideH w:val="nil"/>
          <w:insideV w:val="single" w:sz="8" w:space="0" w:color="4F81BD" w:themeColor="accent1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</w:tcBorders>
      </w:tcPr>
    </w:tblStylePr>
    <w:tblStylePr w:type="band1Vert"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</w:tcBorders>
        <w:shd w:val="clear" w:color="auto" w:fill="D3DFEE" w:themeFill="accent1" w:themeFillTint="3F"/>
      </w:tcPr>
    </w:tblStylePr>
    <w:tblStylePr w:type="band1Horz"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  <w:insideV w:val="single" w:sz="8" w:space="0" w:color="4F81BD" w:themeColor="accent1"/>
        </w:tcBorders>
        <w:shd w:val="clear" w:color="auto" w:fill="D3DFEE" w:themeFill="accent1" w:themeFillTint="3F"/>
      </w:tcPr>
    </w:tblStylePr>
    <w:tblStylePr w:type="band2Horz"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  <w:insideV w:val="single" w:sz="8" w:space="0" w:color="4F81BD" w:themeColor="accent1"/>
        </w:tcBorders>
      </w:tcPr>
    </w:tblStylePr>
  </w:style>
  <w:style w:type="table" w:styleId="-21">
    <w:name w:val="Light Grid Accent 2"/>
    <w:basedOn w:val="a3"/>
    <w:uiPriority w:val="62"/>
    <w:rsid w:val="00CB0664"/>
    <w:pPr>
      <w:spacing w:after="0" w:line="240" w:lineRule="auto"/>
    </w:pPr>
    <w:tblPr>
      <w:tblStyleRowBandSize w:val="1"/>
      <w:tblStyleColBandSize w:val="1"/>
      <w:tblBorders>
        <w:top w:val="single" w:sz="8" w:space="0" w:color="C0504D" w:themeColor="accent2"/>
        <w:left w:val="single" w:sz="8" w:space="0" w:color="C0504D" w:themeColor="accent2"/>
        <w:bottom w:val="single" w:sz="8" w:space="0" w:color="C0504D" w:themeColor="accent2"/>
        <w:right w:val="single" w:sz="8" w:space="0" w:color="C0504D" w:themeColor="accent2"/>
        <w:insideH w:val="single" w:sz="8" w:space="0" w:color="C0504D" w:themeColor="accent2"/>
        <w:insideV w:val="single" w:sz="8" w:space="0" w:color="C0504D" w:themeColor="accent2"/>
      </w:tblBorders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18" w:space="0" w:color="C0504D" w:themeColor="accent2"/>
          <w:right w:val="single" w:sz="8" w:space="0" w:color="C0504D" w:themeColor="accent2"/>
          <w:insideH w:val="nil"/>
          <w:insideV w:val="single" w:sz="8" w:space="0" w:color="C0504D" w:themeColor="accent2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  <w:insideH w:val="nil"/>
          <w:insideV w:val="single" w:sz="8" w:space="0" w:color="C0504D" w:themeColor="accent2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</w:tcBorders>
      </w:tcPr>
    </w:tblStylePr>
    <w:tblStylePr w:type="band1Vert"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</w:tcBorders>
        <w:shd w:val="clear" w:color="auto" w:fill="EFD3D2" w:themeFill="accent2" w:themeFillTint="3F"/>
      </w:tcPr>
    </w:tblStylePr>
    <w:tblStylePr w:type="band1Horz"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  <w:insideV w:val="single" w:sz="8" w:space="0" w:color="C0504D" w:themeColor="accent2"/>
        </w:tcBorders>
        <w:shd w:val="clear" w:color="auto" w:fill="EFD3D2" w:themeFill="accent2" w:themeFillTint="3F"/>
      </w:tcPr>
    </w:tblStylePr>
    <w:tblStylePr w:type="band2Horz"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  <w:insideV w:val="single" w:sz="8" w:space="0" w:color="C0504D" w:themeColor="accent2"/>
        </w:tcBorders>
      </w:tcPr>
    </w:tblStylePr>
  </w:style>
  <w:style w:type="table" w:styleId="-31">
    <w:name w:val="Light Grid Accent 3"/>
    <w:basedOn w:val="a3"/>
    <w:uiPriority w:val="62"/>
    <w:rsid w:val="00CB0664"/>
    <w:pPr>
      <w:spacing w:after="0" w:line="240" w:lineRule="auto"/>
    </w:pPr>
    <w:tblPr>
      <w:tblStyleRowBandSize w:val="1"/>
      <w:tblStyleColBandSize w:val="1"/>
      <w:tblBorders>
        <w:top w:val="single" w:sz="8" w:space="0" w:color="9BBB59" w:themeColor="accent3"/>
        <w:left w:val="single" w:sz="8" w:space="0" w:color="9BBB59" w:themeColor="accent3"/>
        <w:bottom w:val="single" w:sz="8" w:space="0" w:color="9BBB59" w:themeColor="accent3"/>
        <w:right w:val="single" w:sz="8" w:space="0" w:color="9BBB59" w:themeColor="accent3"/>
        <w:insideH w:val="single" w:sz="8" w:space="0" w:color="9BBB59" w:themeColor="accent3"/>
        <w:insideV w:val="single" w:sz="8" w:space="0" w:color="9BBB59" w:themeColor="accent3"/>
      </w:tblBorders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18" w:space="0" w:color="9BBB59" w:themeColor="accent3"/>
          <w:right w:val="single" w:sz="8" w:space="0" w:color="9BBB59" w:themeColor="accent3"/>
          <w:insideH w:val="nil"/>
          <w:insideV w:val="single" w:sz="8" w:space="0" w:color="9BBB59" w:themeColor="accent3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  <w:insideH w:val="nil"/>
          <w:insideV w:val="single" w:sz="8" w:space="0" w:color="9BBB59" w:themeColor="accent3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</w:tcBorders>
      </w:tcPr>
    </w:tblStylePr>
    <w:tblStylePr w:type="band1Vert"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</w:tcBorders>
        <w:shd w:val="clear" w:color="auto" w:fill="E6EED5" w:themeFill="accent3" w:themeFillTint="3F"/>
      </w:tcPr>
    </w:tblStylePr>
    <w:tblStylePr w:type="band1Horz"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  <w:insideV w:val="single" w:sz="8" w:space="0" w:color="9BBB59" w:themeColor="accent3"/>
        </w:tcBorders>
        <w:shd w:val="clear" w:color="auto" w:fill="E6EED5" w:themeFill="accent3" w:themeFillTint="3F"/>
      </w:tcPr>
    </w:tblStylePr>
    <w:tblStylePr w:type="band2Horz"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  <w:insideV w:val="single" w:sz="8" w:space="0" w:color="9BBB59" w:themeColor="accent3"/>
        </w:tcBorders>
      </w:tcPr>
    </w:tblStylePr>
  </w:style>
  <w:style w:type="table" w:styleId="-41">
    <w:name w:val="Light Grid Accent 4"/>
    <w:basedOn w:val="a3"/>
    <w:uiPriority w:val="62"/>
    <w:rsid w:val="00CB0664"/>
    <w:pPr>
      <w:spacing w:after="0" w:line="240" w:lineRule="auto"/>
    </w:pPr>
    <w:tblPr>
      <w:tblStyleRowBandSize w:val="1"/>
      <w:tblStyleColBandSize w:val="1"/>
      <w:tblBorders>
        <w:top w:val="single" w:sz="8" w:space="0" w:color="8064A2" w:themeColor="accent4"/>
        <w:left w:val="single" w:sz="8" w:space="0" w:color="8064A2" w:themeColor="accent4"/>
        <w:bottom w:val="single" w:sz="8" w:space="0" w:color="8064A2" w:themeColor="accent4"/>
        <w:right w:val="single" w:sz="8" w:space="0" w:color="8064A2" w:themeColor="accent4"/>
        <w:insideH w:val="single" w:sz="8" w:space="0" w:color="8064A2" w:themeColor="accent4"/>
        <w:insideV w:val="single" w:sz="8" w:space="0" w:color="8064A2" w:themeColor="accent4"/>
      </w:tblBorders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18" w:space="0" w:color="8064A2" w:themeColor="accent4"/>
          <w:right w:val="single" w:sz="8" w:space="0" w:color="8064A2" w:themeColor="accent4"/>
          <w:insideH w:val="nil"/>
          <w:insideV w:val="single" w:sz="8" w:space="0" w:color="8064A2" w:themeColor="accent4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  <w:insideH w:val="nil"/>
          <w:insideV w:val="single" w:sz="8" w:space="0" w:color="8064A2" w:themeColor="accent4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</w:tcBorders>
      </w:tcPr>
    </w:tblStylePr>
    <w:tblStylePr w:type="band1Vert"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</w:tcBorders>
        <w:shd w:val="clear" w:color="auto" w:fill="DFD8E8" w:themeFill="accent4" w:themeFillTint="3F"/>
      </w:tcPr>
    </w:tblStylePr>
    <w:tblStylePr w:type="band1Horz"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  <w:insideV w:val="single" w:sz="8" w:space="0" w:color="8064A2" w:themeColor="accent4"/>
        </w:tcBorders>
        <w:shd w:val="clear" w:color="auto" w:fill="DFD8E8" w:themeFill="accent4" w:themeFillTint="3F"/>
      </w:tcPr>
    </w:tblStylePr>
    <w:tblStylePr w:type="band2Horz"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  <w:insideV w:val="single" w:sz="8" w:space="0" w:color="8064A2" w:themeColor="accent4"/>
        </w:tcBorders>
      </w:tcPr>
    </w:tblStylePr>
  </w:style>
  <w:style w:type="table" w:styleId="-51">
    <w:name w:val="Light Grid Accent 5"/>
    <w:basedOn w:val="a3"/>
    <w:uiPriority w:val="62"/>
    <w:rsid w:val="00CB0664"/>
    <w:pPr>
      <w:spacing w:after="0" w:line="240" w:lineRule="auto"/>
    </w:pPr>
    <w:tblPr>
      <w:tblStyleRowBandSize w:val="1"/>
      <w:tblStyleColBandSize w:val="1"/>
      <w:tblBorders>
        <w:top w:val="single" w:sz="8" w:space="0" w:color="4BACC6" w:themeColor="accent5"/>
        <w:left w:val="single" w:sz="8" w:space="0" w:color="4BACC6" w:themeColor="accent5"/>
        <w:bottom w:val="single" w:sz="8" w:space="0" w:color="4BACC6" w:themeColor="accent5"/>
        <w:right w:val="single" w:sz="8" w:space="0" w:color="4BACC6" w:themeColor="accent5"/>
        <w:insideH w:val="single" w:sz="8" w:space="0" w:color="4BACC6" w:themeColor="accent5"/>
        <w:insideV w:val="single" w:sz="8" w:space="0" w:color="4BACC6" w:themeColor="accent5"/>
      </w:tblBorders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18" w:space="0" w:color="4BACC6" w:themeColor="accent5"/>
          <w:right w:val="single" w:sz="8" w:space="0" w:color="4BACC6" w:themeColor="accent5"/>
          <w:insideH w:val="nil"/>
          <w:insideV w:val="single" w:sz="8" w:space="0" w:color="4BACC6" w:themeColor="accent5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  <w:insideH w:val="nil"/>
          <w:insideV w:val="single" w:sz="8" w:space="0" w:color="4BACC6" w:themeColor="accent5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</w:tcBorders>
      </w:tcPr>
    </w:tblStylePr>
    <w:tblStylePr w:type="band1Vert"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</w:tcBorders>
        <w:shd w:val="clear" w:color="auto" w:fill="D2EAF1" w:themeFill="accent5" w:themeFillTint="3F"/>
      </w:tcPr>
    </w:tblStylePr>
    <w:tblStylePr w:type="band1Horz"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  <w:insideV w:val="single" w:sz="8" w:space="0" w:color="4BACC6" w:themeColor="accent5"/>
        </w:tcBorders>
        <w:shd w:val="clear" w:color="auto" w:fill="D2EAF1" w:themeFill="accent5" w:themeFillTint="3F"/>
      </w:tcPr>
    </w:tblStylePr>
    <w:tblStylePr w:type="band2Horz"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  <w:insideV w:val="single" w:sz="8" w:space="0" w:color="4BACC6" w:themeColor="accent5"/>
        </w:tcBorders>
      </w:tcPr>
    </w:tblStylePr>
  </w:style>
  <w:style w:type="table" w:styleId="-61">
    <w:name w:val="Light Grid Accent 6"/>
    <w:basedOn w:val="a3"/>
    <w:uiPriority w:val="62"/>
    <w:rsid w:val="00CB0664"/>
    <w:pPr>
      <w:spacing w:after="0" w:line="240" w:lineRule="auto"/>
    </w:pPr>
    <w:tblPr>
      <w:tblStyleRowBandSize w:val="1"/>
      <w:tblStyleColBandSize w:val="1"/>
      <w:tblBorders>
        <w:top w:val="single" w:sz="8" w:space="0" w:color="F79646" w:themeColor="accent6"/>
        <w:left w:val="single" w:sz="8" w:space="0" w:color="F79646" w:themeColor="accent6"/>
        <w:bottom w:val="single" w:sz="8" w:space="0" w:color="F79646" w:themeColor="accent6"/>
        <w:right w:val="single" w:sz="8" w:space="0" w:color="F79646" w:themeColor="accent6"/>
        <w:insideH w:val="single" w:sz="8" w:space="0" w:color="F79646" w:themeColor="accent6"/>
        <w:insideV w:val="single" w:sz="8" w:space="0" w:color="F79646" w:themeColor="accent6"/>
      </w:tblBorders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18" w:space="0" w:color="F79646" w:themeColor="accent6"/>
          <w:right w:val="single" w:sz="8" w:space="0" w:color="F79646" w:themeColor="accent6"/>
          <w:insideH w:val="nil"/>
          <w:insideV w:val="single" w:sz="8" w:space="0" w:color="F79646" w:themeColor="accent6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  <w:insideH w:val="nil"/>
          <w:insideV w:val="single" w:sz="8" w:space="0" w:color="F79646" w:themeColor="accent6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</w:tcBorders>
      </w:tcPr>
    </w:tblStylePr>
    <w:tblStylePr w:type="band1Vert"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</w:tcBorders>
        <w:shd w:val="clear" w:color="auto" w:fill="FDE4D0" w:themeFill="accent6" w:themeFillTint="3F"/>
      </w:tcPr>
    </w:tblStylePr>
    <w:tblStylePr w:type="band1Horz"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  <w:insideV w:val="single" w:sz="8" w:space="0" w:color="F79646" w:themeColor="accent6"/>
        </w:tcBorders>
        <w:shd w:val="clear" w:color="auto" w:fill="FDE4D0" w:themeFill="accent6" w:themeFillTint="3F"/>
      </w:tcPr>
    </w:tblStylePr>
    <w:tblStylePr w:type="band2Horz"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  <w:insideV w:val="single" w:sz="8" w:space="0" w:color="F79646" w:themeColor="accent6"/>
        </w:tcBorders>
      </w:tcPr>
    </w:tblStylePr>
  </w:style>
  <w:style w:type="table" w:styleId="11">
    <w:name w:val="Medium Shading 1"/>
    <w:basedOn w:val="a3"/>
    <w:uiPriority w:val="63"/>
    <w:rsid w:val="00CB0664"/>
    <w:pPr>
      <w:spacing w:after="0" w:line="240" w:lineRule="auto"/>
    </w:pPr>
    <w:tblPr>
      <w:tblStyleRowBandSize w:val="1"/>
      <w:tblStyleColBandSize w:val="1"/>
      <w:tblBorders>
        <w:top w:val="single" w:sz="8" w:space="0" w:color="404040" w:themeColor="text1" w:themeTint="BF"/>
        <w:left w:val="single" w:sz="8" w:space="0" w:color="404040" w:themeColor="text1" w:themeTint="BF"/>
        <w:bottom w:val="single" w:sz="8" w:space="0" w:color="404040" w:themeColor="text1" w:themeTint="BF"/>
        <w:right w:val="single" w:sz="8" w:space="0" w:color="404040" w:themeColor="text1" w:themeTint="BF"/>
        <w:insideH w:val="single" w:sz="8" w:space="0" w:color="404040" w:themeColor="text1" w:themeTint="BF"/>
      </w:tblBorders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404040" w:themeColor="text1" w:themeTint="BF"/>
          <w:left w:val="single" w:sz="8" w:space="0" w:color="404040" w:themeColor="text1" w:themeTint="BF"/>
          <w:bottom w:val="single" w:sz="8" w:space="0" w:color="404040" w:themeColor="text1" w:themeTint="BF"/>
          <w:right w:val="single" w:sz="8" w:space="0" w:color="404040" w:themeColor="text1" w:themeTint="BF"/>
          <w:insideH w:val="nil"/>
          <w:insideV w:val="nil"/>
        </w:tcBorders>
        <w:shd w:val="clear" w:color="auto" w:fill="000000" w:themeFill="text1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404040" w:themeColor="text1" w:themeTint="BF"/>
          <w:left w:val="single" w:sz="8" w:space="0" w:color="404040" w:themeColor="text1" w:themeTint="BF"/>
          <w:bottom w:val="single" w:sz="8" w:space="0" w:color="404040" w:themeColor="text1" w:themeTint="BF"/>
          <w:right w:val="single" w:sz="8" w:space="0" w:color="404040" w:themeColor="text1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C0C0C0" w:themeFill="text1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C0C0C0" w:themeFill="text1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1-1">
    <w:name w:val="Medium Shading 1 Accent 1"/>
    <w:basedOn w:val="a3"/>
    <w:uiPriority w:val="63"/>
    <w:rsid w:val="00CB0664"/>
    <w:pPr>
      <w:spacing w:after="0" w:line="240" w:lineRule="auto"/>
    </w:pPr>
    <w:tblPr>
      <w:tblStyleRowBandSize w:val="1"/>
      <w:tblStyleColBandSize w:val="1"/>
      <w:tblBorders>
        <w:top w:val="single" w:sz="8" w:space="0" w:color="7BA0CD" w:themeColor="accent1" w:themeTint="BF"/>
        <w:left w:val="single" w:sz="8" w:space="0" w:color="7BA0CD" w:themeColor="accent1" w:themeTint="BF"/>
        <w:bottom w:val="single" w:sz="8" w:space="0" w:color="7BA0CD" w:themeColor="accent1" w:themeTint="BF"/>
        <w:right w:val="single" w:sz="8" w:space="0" w:color="7BA0CD" w:themeColor="accent1" w:themeTint="BF"/>
        <w:insideH w:val="single" w:sz="8" w:space="0" w:color="7BA0CD" w:themeColor="accent1" w:themeTint="BF"/>
      </w:tblBorders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7BA0CD" w:themeColor="accent1" w:themeTint="BF"/>
          <w:left w:val="single" w:sz="8" w:space="0" w:color="7BA0CD" w:themeColor="accent1" w:themeTint="BF"/>
          <w:bottom w:val="single" w:sz="8" w:space="0" w:color="7BA0CD" w:themeColor="accent1" w:themeTint="BF"/>
          <w:right w:val="single" w:sz="8" w:space="0" w:color="7BA0CD" w:themeColor="accent1" w:themeTint="BF"/>
          <w:insideH w:val="nil"/>
          <w:insideV w:val="nil"/>
        </w:tcBorders>
        <w:shd w:val="clear" w:color="auto" w:fill="4F81BD" w:themeFill="accent1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7BA0CD" w:themeColor="accent1" w:themeTint="BF"/>
          <w:left w:val="single" w:sz="8" w:space="0" w:color="7BA0CD" w:themeColor="accent1" w:themeTint="BF"/>
          <w:bottom w:val="single" w:sz="8" w:space="0" w:color="7BA0CD" w:themeColor="accent1" w:themeTint="BF"/>
          <w:right w:val="single" w:sz="8" w:space="0" w:color="7BA0CD" w:themeColor="accent1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D3DFEE" w:themeFill="accent1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D3DFEE" w:themeFill="accent1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1-2">
    <w:name w:val="Medium Shading 1 Accent 2"/>
    <w:basedOn w:val="a3"/>
    <w:uiPriority w:val="63"/>
    <w:rsid w:val="00CB0664"/>
    <w:pPr>
      <w:spacing w:after="0" w:line="240" w:lineRule="auto"/>
    </w:pPr>
    <w:tblPr>
      <w:tblStyleRowBandSize w:val="1"/>
      <w:tblStyleColBandSize w:val="1"/>
      <w:tblBorders>
        <w:top w:val="single" w:sz="8" w:space="0" w:color="CF7B79" w:themeColor="accent2" w:themeTint="BF"/>
        <w:left w:val="single" w:sz="8" w:space="0" w:color="CF7B79" w:themeColor="accent2" w:themeTint="BF"/>
        <w:bottom w:val="single" w:sz="8" w:space="0" w:color="CF7B79" w:themeColor="accent2" w:themeTint="BF"/>
        <w:right w:val="single" w:sz="8" w:space="0" w:color="CF7B79" w:themeColor="accent2" w:themeTint="BF"/>
        <w:insideH w:val="single" w:sz="8" w:space="0" w:color="CF7B79" w:themeColor="accent2" w:themeTint="BF"/>
      </w:tblBorders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CF7B79" w:themeColor="accent2" w:themeTint="BF"/>
          <w:left w:val="single" w:sz="8" w:space="0" w:color="CF7B79" w:themeColor="accent2" w:themeTint="BF"/>
          <w:bottom w:val="single" w:sz="8" w:space="0" w:color="CF7B79" w:themeColor="accent2" w:themeTint="BF"/>
          <w:right w:val="single" w:sz="8" w:space="0" w:color="CF7B79" w:themeColor="accent2" w:themeTint="BF"/>
          <w:insideH w:val="nil"/>
          <w:insideV w:val="nil"/>
        </w:tcBorders>
        <w:shd w:val="clear" w:color="auto" w:fill="C0504D" w:themeFill="accent2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CF7B79" w:themeColor="accent2" w:themeTint="BF"/>
          <w:left w:val="single" w:sz="8" w:space="0" w:color="CF7B79" w:themeColor="accent2" w:themeTint="BF"/>
          <w:bottom w:val="single" w:sz="8" w:space="0" w:color="CF7B79" w:themeColor="accent2" w:themeTint="BF"/>
          <w:right w:val="single" w:sz="8" w:space="0" w:color="CF7B79" w:themeColor="accent2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EFD3D2" w:themeFill="accent2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EFD3D2" w:themeFill="accent2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1-3">
    <w:name w:val="Medium Shading 1 Accent 3"/>
    <w:basedOn w:val="a3"/>
    <w:uiPriority w:val="63"/>
    <w:rsid w:val="00CB0664"/>
    <w:pPr>
      <w:spacing w:after="0" w:line="240" w:lineRule="auto"/>
    </w:pPr>
    <w:tblPr>
      <w:tblStyleRowBandSize w:val="1"/>
      <w:tblStyleColBandSize w:val="1"/>
      <w:tblBorders>
        <w:top w:val="single" w:sz="8" w:space="0" w:color="B3CC82" w:themeColor="accent3" w:themeTint="BF"/>
        <w:left w:val="single" w:sz="8" w:space="0" w:color="B3CC82" w:themeColor="accent3" w:themeTint="BF"/>
        <w:bottom w:val="single" w:sz="8" w:space="0" w:color="B3CC82" w:themeColor="accent3" w:themeTint="BF"/>
        <w:right w:val="single" w:sz="8" w:space="0" w:color="B3CC82" w:themeColor="accent3" w:themeTint="BF"/>
        <w:insideH w:val="single" w:sz="8" w:space="0" w:color="B3CC82" w:themeColor="accent3" w:themeTint="BF"/>
      </w:tblBorders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B3CC82" w:themeColor="accent3" w:themeTint="BF"/>
          <w:left w:val="single" w:sz="8" w:space="0" w:color="B3CC82" w:themeColor="accent3" w:themeTint="BF"/>
          <w:bottom w:val="single" w:sz="8" w:space="0" w:color="B3CC82" w:themeColor="accent3" w:themeTint="BF"/>
          <w:right w:val="single" w:sz="8" w:space="0" w:color="B3CC82" w:themeColor="accent3" w:themeTint="BF"/>
          <w:insideH w:val="nil"/>
          <w:insideV w:val="nil"/>
        </w:tcBorders>
        <w:shd w:val="clear" w:color="auto" w:fill="9BBB59" w:themeFill="accent3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B3CC82" w:themeColor="accent3" w:themeTint="BF"/>
          <w:left w:val="single" w:sz="8" w:space="0" w:color="B3CC82" w:themeColor="accent3" w:themeTint="BF"/>
          <w:bottom w:val="single" w:sz="8" w:space="0" w:color="B3CC82" w:themeColor="accent3" w:themeTint="BF"/>
          <w:right w:val="single" w:sz="8" w:space="0" w:color="B3CC82" w:themeColor="accent3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E6EED5" w:themeFill="accent3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E6EED5" w:themeFill="accent3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1-4">
    <w:name w:val="Medium Shading 1 Accent 4"/>
    <w:basedOn w:val="a3"/>
    <w:uiPriority w:val="63"/>
    <w:rsid w:val="00CB0664"/>
    <w:pPr>
      <w:spacing w:after="0" w:line="240" w:lineRule="auto"/>
    </w:pPr>
    <w:tblPr>
      <w:tblStyleRowBandSize w:val="1"/>
      <w:tblStyleColBandSize w:val="1"/>
      <w:tblBorders>
        <w:top w:val="single" w:sz="8" w:space="0" w:color="9F8AB9" w:themeColor="accent4" w:themeTint="BF"/>
        <w:left w:val="single" w:sz="8" w:space="0" w:color="9F8AB9" w:themeColor="accent4" w:themeTint="BF"/>
        <w:bottom w:val="single" w:sz="8" w:space="0" w:color="9F8AB9" w:themeColor="accent4" w:themeTint="BF"/>
        <w:right w:val="single" w:sz="8" w:space="0" w:color="9F8AB9" w:themeColor="accent4" w:themeTint="BF"/>
        <w:insideH w:val="single" w:sz="8" w:space="0" w:color="9F8AB9" w:themeColor="accent4" w:themeTint="BF"/>
      </w:tblBorders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9F8AB9" w:themeColor="accent4" w:themeTint="BF"/>
          <w:left w:val="single" w:sz="8" w:space="0" w:color="9F8AB9" w:themeColor="accent4" w:themeTint="BF"/>
          <w:bottom w:val="single" w:sz="8" w:space="0" w:color="9F8AB9" w:themeColor="accent4" w:themeTint="BF"/>
          <w:right w:val="single" w:sz="8" w:space="0" w:color="9F8AB9" w:themeColor="accent4" w:themeTint="BF"/>
          <w:insideH w:val="nil"/>
          <w:insideV w:val="nil"/>
        </w:tcBorders>
        <w:shd w:val="clear" w:color="auto" w:fill="8064A2" w:themeFill="accent4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9F8AB9" w:themeColor="accent4" w:themeTint="BF"/>
          <w:left w:val="single" w:sz="8" w:space="0" w:color="9F8AB9" w:themeColor="accent4" w:themeTint="BF"/>
          <w:bottom w:val="single" w:sz="8" w:space="0" w:color="9F8AB9" w:themeColor="accent4" w:themeTint="BF"/>
          <w:right w:val="single" w:sz="8" w:space="0" w:color="9F8AB9" w:themeColor="accent4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DFD8E8" w:themeFill="accent4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DFD8E8" w:themeFill="accent4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1-5">
    <w:name w:val="Medium Shading 1 Accent 5"/>
    <w:basedOn w:val="a3"/>
    <w:uiPriority w:val="63"/>
    <w:rsid w:val="00CB0664"/>
    <w:pPr>
      <w:spacing w:after="0" w:line="240" w:lineRule="auto"/>
    </w:pPr>
    <w:tblPr>
      <w:tblStyleRowBandSize w:val="1"/>
      <w:tblStyleColBandSize w:val="1"/>
      <w:tblBorders>
        <w:top w:val="single" w:sz="8" w:space="0" w:color="78C0D4" w:themeColor="accent5" w:themeTint="BF"/>
        <w:left w:val="single" w:sz="8" w:space="0" w:color="78C0D4" w:themeColor="accent5" w:themeTint="BF"/>
        <w:bottom w:val="single" w:sz="8" w:space="0" w:color="78C0D4" w:themeColor="accent5" w:themeTint="BF"/>
        <w:right w:val="single" w:sz="8" w:space="0" w:color="78C0D4" w:themeColor="accent5" w:themeTint="BF"/>
        <w:insideH w:val="single" w:sz="8" w:space="0" w:color="78C0D4" w:themeColor="accent5" w:themeTint="BF"/>
      </w:tblBorders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78C0D4" w:themeColor="accent5" w:themeTint="BF"/>
          <w:left w:val="single" w:sz="8" w:space="0" w:color="78C0D4" w:themeColor="accent5" w:themeTint="BF"/>
          <w:bottom w:val="single" w:sz="8" w:space="0" w:color="78C0D4" w:themeColor="accent5" w:themeTint="BF"/>
          <w:right w:val="single" w:sz="8" w:space="0" w:color="78C0D4" w:themeColor="accent5" w:themeTint="BF"/>
          <w:insideH w:val="nil"/>
          <w:insideV w:val="nil"/>
        </w:tcBorders>
        <w:shd w:val="clear" w:color="auto" w:fill="4BACC6" w:themeFill="accent5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78C0D4" w:themeColor="accent5" w:themeTint="BF"/>
          <w:left w:val="single" w:sz="8" w:space="0" w:color="78C0D4" w:themeColor="accent5" w:themeTint="BF"/>
          <w:bottom w:val="single" w:sz="8" w:space="0" w:color="78C0D4" w:themeColor="accent5" w:themeTint="BF"/>
          <w:right w:val="single" w:sz="8" w:space="0" w:color="78C0D4" w:themeColor="accent5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D2EAF1" w:themeFill="accent5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D2EAF1" w:themeFill="accent5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1-6">
    <w:name w:val="Medium Shading 1 Accent 6"/>
    <w:basedOn w:val="a3"/>
    <w:uiPriority w:val="63"/>
    <w:rsid w:val="00CB0664"/>
    <w:pPr>
      <w:spacing w:after="0" w:line="240" w:lineRule="auto"/>
    </w:pPr>
    <w:tblPr>
      <w:tblStyleRowBandSize w:val="1"/>
      <w:tblStyleColBandSize w:val="1"/>
      <w:tblBorders>
        <w:top w:val="single" w:sz="8" w:space="0" w:color="F9B074" w:themeColor="accent6" w:themeTint="BF"/>
        <w:left w:val="single" w:sz="8" w:space="0" w:color="F9B074" w:themeColor="accent6" w:themeTint="BF"/>
        <w:bottom w:val="single" w:sz="8" w:space="0" w:color="F9B074" w:themeColor="accent6" w:themeTint="BF"/>
        <w:right w:val="single" w:sz="8" w:space="0" w:color="F9B074" w:themeColor="accent6" w:themeTint="BF"/>
        <w:insideH w:val="single" w:sz="8" w:space="0" w:color="F9B074" w:themeColor="accent6" w:themeTint="BF"/>
      </w:tblBorders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F9B074" w:themeColor="accent6" w:themeTint="BF"/>
          <w:left w:val="single" w:sz="8" w:space="0" w:color="F9B074" w:themeColor="accent6" w:themeTint="BF"/>
          <w:bottom w:val="single" w:sz="8" w:space="0" w:color="F9B074" w:themeColor="accent6" w:themeTint="BF"/>
          <w:right w:val="single" w:sz="8" w:space="0" w:color="F9B074" w:themeColor="accent6" w:themeTint="BF"/>
          <w:insideH w:val="nil"/>
          <w:insideV w:val="nil"/>
        </w:tcBorders>
        <w:shd w:val="clear" w:color="auto" w:fill="F79646" w:themeFill="accent6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F9B074" w:themeColor="accent6" w:themeTint="BF"/>
          <w:left w:val="single" w:sz="8" w:space="0" w:color="F9B074" w:themeColor="accent6" w:themeTint="BF"/>
          <w:bottom w:val="single" w:sz="8" w:space="0" w:color="F9B074" w:themeColor="accent6" w:themeTint="BF"/>
          <w:right w:val="single" w:sz="8" w:space="0" w:color="F9B074" w:themeColor="accent6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FDE4D0" w:themeFill="accent6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FDE4D0" w:themeFill="accent6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27">
    <w:name w:val="Medium Shading 2"/>
    <w:basedOn w:val="a3"/>
    <w:uiPriority w:val="64"/>
    <w:rsid w:val="00CB0664"/>
    <w:pPr>
      <w:spacing w:after="0" w:line="240" w:lineRule="auto"/>
    </w:pPr>
    <w:tblPr>
      <w:tblStyleRowBandSize w:val="1"/>
      <w:tblStyleColBandSize w:val="1"/>
      <w:tblBorders>
        <w:top w:val="single" w:sz="18" w:space="0" w:color="auto"/>
        <w:bottom w:val="single" w:sz="18" w:space="0" w:color="auto"/>
      </w:tblBorders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000000" w:themeFill="text1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000000" w:themeFill="text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2-1">
    <w:name w:val="Medium Shading 2 Accent 1"/>
    <w:basedOn w:val="a3"/>
    <w:uiPriority w:val="64"/>
    <w:rsid w:val="00CB0664"/>
    <w:pPr>
      <w:spacing w:after="0" w:line="240" w:lineRule="auto"/>
    </w:pPr>
    <w:tblPr>
      <w:tblStyleRowBandSize w:val="1"/>
      <w:tblStyleColBandSize w:val="1"/>
      <w:tblBorders>
        <w:top w:val="single" w:sz="18" w:space="0" w:color="auto"/>
        <w:bottom w:val="single" w:sz="18" w:space="0" w:color="auto"/>
      </w:tblBorders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4F81BD" w:themeFill="accent1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4F81BD" w:themeFill="accent1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4F81BD" w:themeFill="accent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2-2">
    <w:name w:val="Medium Shading 2 Accent 2"/>
    <w:basedOn w:val="a3"/>
    <w:uiPriority w:val="64"/>
    <w:rsid w:val="00CB0664"/>
    <w:pPr>
      <w:spacing w:after="0" w:line="240" w:lineRule="auto"/>
    </w:pPr>
    <w:tblPr>
      <w:tblStyleRowBandSize w:val="1"/>
      <w:tblStyleColBandSize w:val="1"/>
      <w:tblBorders>
        <w:top w:val="single" w:sz="18" w:space="0" w:color="auto"/>
        <w:bottom w:val="single" w:sz="18" w:space="0" w:color="auto"/>
      </w:tblBorders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C0504D" w:themeFill="accent2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C0504D" w:themeFill="accent2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C0504D" w:themeFill="accent2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2-3">
    <w:name w:val="Medium Shading 2 Accent 3"/>
    <w:basedOn w:val="a3"/>
    <w:uiPriority w:val="64"/>
    <w:rsid w:val="00CB0664"/>
    <w:pPr>
      <w:spacing w:after="0" w:line="240" w:lineRule="auto"/>
    </w:pPr>
    <w:tblPr>
      <w:tblStyleRowBandSize w:val="1"/>
      <w:tblStyleColBandSize w:val="1"/>
      <w:tblBorders>
        <w:top w:val="single" w:sz="18" w:space="0" w:color="auto"/>
        <w:bottom w:val="single" w:sz="18" w:space="0" w:color="auto"/>
      </w:tblBorders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9BBB59" w:themeFill="accent3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9BBB59" w:themeFill="accent3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9BBB59" w:themeFill="accent3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2-4">
    <w:name w:val="Medium Shading 2 Accent 4"/>
    <w:basedOn w:val="a3"/>
    <w:uiPriority w:val="64"/>
    <w:rsid w:val="00CB0664"/>
    <w:pPr>
      <w:spacing w:after="0" w:line="240" w:lineRule="auto"/>
    </w:pPr>
    <w:tblPr>
      <w:tblStyleRowBandSize w:val="1"/>
      <w:tblStyleColBandSize w:val="1"/>
      <w:tblBorders>
        <w:top w:val="single" w:sz="18" w:space="0" w:color="auto"/>
        <w:bottom w:val="single" w:sz="18" w:space="0" w:color="auto"/>
      </w:tblBorders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8064A2" w:themeFill="accent4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8064A2" w:themeFill="accent4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8064A2" w:themeFill="accent4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2-5">
    <w:name w:val="Medium Shading 2 Accent 5"/>
    <w:basedOn w:val="a3"/>
    <w:uiPriority w:val="64"/>
    <w:rsid w:val="00CB0664"/>
    <w:pPr>
      <w:spacing w:after="0" w:line="240" w:lineRule="auto"/>
    </w:pPr>
    <w:tblPr>
      <w:tblStyleRowBandSize w:val="1"/>
      <w:tblStyleColBandSize w:val="1"/>
      <w:tblBorders>
        <w:top w:val="single" w:sz="18" w:space="0" w:color="auto"/>
        <w:bottom w:val="single" w:sz="18" w:space="0" w:color="auto"/>
      </w:tblBorders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4BACC6" w:themeFill="accent5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4BACC6" w:themeFill="accent5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4BACC6" w:themeFill="accent5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2-6">
    <w:name w:val="Medium Shading 2 Accent 6"/>
    <w:basedOn w:val="a3"/>
    <w:uiPriority w:val="64"/>
    <w:rsid w:val="00CB0664"/>
    <w:pPr>
      <w:spacing w:after="0" w:line="240" w:lineRule="auto"/>
    </w:pPr>
    <w:tblPr>
      <w:tblStyleRowBandSize w:val="1"/>
      <w:tblStyleColBandSize w:val="1"/>
      <w:tblBorders>
        <w:top w:val="single" w:sz="18" w:space="0" w:color="auto"/>
        <w:bottom w:val="single" w:sz="18" w:space="0" w:color="auto"/>
      </w:tblBorders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79646" w:themeFill="accent6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79646" w:themeFill="accent6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F79646" w:themeFill="accent6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12">
    <w:name w:val="Medium List 1"/>
    <w:basedOn w:val="a3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Borders>
        <w:top w:val="single" w:sz="8" w:space="0" w:color="000000" w:themeColor="text1"/>
        <w:bottom w:val="single" w:sz="8" w:space="0" w:color="000000" w:themeColor="text1"/>
      </w:tblBorders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000000" w:themeColor="text1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000000" w:themeColor="text1"/>
          <w:bottom w:val="single" w:sz="8" w:space="0" w:color="000000" w:themeColor="text1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000000" w:themeColor="text1"/>
          <w:bottom w:val="single" w:sz="8" w:space="0" w:color="000000" w:themeColor="text1"/>
        </w:tcBorders>
      </w:tcPr>
    </w:tblStylePr>
    <w:tblStylePr w:type="band1Vert">
      <w:tblPr/>
      <w:tcPr>
        <w:shd w:val="clear" w:color="auto" w:fill="C0C0C0" w:themeFill="text1" w:themeFillTint="3F"/>
      </w:tcPr>
    </w:tblStylePr>
    <w:tblStylePr w:type="band1Horz">
      <w:tblPr/>
      <w:tcPr>
        <w:shd w:val="clear" w:color="auto" w:fill="C0C0C0" w:themeFill="text1" w:themeFillTint="3F"/>
      </w:tcPr>
    </w:tblStylePr>
  </w:style>
  <w:style w:type="table" w:styleId="1-10">
    <w:name w:val="Medium List 1 Accent 1"/>
    <w:basedOn w:val="a3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Borders>
        <w:top w:val="single" w:sz="8" w:space="0" w:color="4F81BD" w:themeColor="accent1"/>
        <w:bottom w:val="single" w:sz="8" w:space="0" w:color="4F81BD" w:themeColor="accent1"/>
      </w:tblBorders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4F81BD" w:themeColor="accent1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4F81BD" w:themeColor="accent1"/>
          <w:bottom w:val="single" w:sz="8" w:space="0" w:color="4F81BD" w:themeColor="accent1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4F81BD" w:themeColor="accent1"/>
          <w:bottom w:val="single" w:sz="8" w:space="0" w:color="4F81BD" w:themeColor="accent1"/>
        </w:tcBorders>
      </w:tcPr>
    </w:tblStylePr>
    <w:tblStylePr w:type="band1Vert">
      <w:tblPr/>
      <w:tcPr>
        <w:shd w:val="clear" w:color="auto" w:fill="D3DFEE" w:themeFill="accent1" w:themeFillTint="3F"/>
      </w:tcPr>
    </w:tblStylePr>
    <w:tblStylePr w:type="band1Horz">
      <w:tblPr/>
      <w:tcPr>
        <w:shd w:val="clear" w:color="auto" w:fill="D3DFEE" w:themeFill="accent1" w:themeFillTint="3F"/>
      </w:tcPr>
    </w:tblStylePr>
  </w:style>
  <w:style w:type="table" w:styleId="1-20">
    <w:name w:val="Medium List 1 Accent 2"/>
    <w:basedOn w:val="a3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Borders>
        <w:top w:val="single" w:sz="8" w:space="0" w:color="C0504D" w:themeColor="accent2"/>
        <w:bottom w:val="single" w:sz="8" w:space="0" w:color="C0504D" w:themeColor="accent2"/>
      </w:tblBorders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C0504D" w:themeColor="accent2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C0504D" w:themeColor="accent2"/>
          <w:bottom w:val="single" w:sz="8" w:space="0" w:color="C0504D" w:themeColor="accent2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C0504D" w:themeColor="accent2"/>
          <w:bottom w:val="single" w:sz="8" w:space="0" w:color="C0504D" w:themeColor="accent2"/>
        </w:tcBorders>
      </w:tcPr>
    </w:tblStylePr>
    <w:tblStylePr w:type="band1Vert">
      <w:tblPr/>
      <w:tcPr>
        <w:shd w:val="clear" w:color="auto" w:fill="EFD3D2" w:themeFill="accent2" w:themeFillTint="3F"/>
      </w:tcPr>
    </w:tblStylePr>
    <w:tblStylePr w:type="band1Horz">
      <w:tblPr/>
      <w:tcPr>
        <w:shd w:val="clear" w:color="auto" w:fill="EFD3D2" w:themeFill="accent2" w:themeFillTint="3F"/>
      </w:tcPr>
    </w:tblStylePr>
  </w:style>
  <w:style w:type="table" w:styleId="1-30">
    <w:name w:val="Medium List 1 Accent 3"/>
    <w:basedOn w:val="a3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Borders>
        <w:top w:val="single" w:sz="8" w:space="0" w:color="9BBB59" w:themeColor="accent3"/>
        <w:bottom w:val="single" w:sz="8" w:space="0" w:color="9BBB59" w:themeColor="accent3"/>
      </w:tblBorders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9BBB59" w:themeColor="accent3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9BBB59" w:themeColor="accent3"/>
          <w:bottom w:val="single" w:sz="8" w:space="0" w:color="9BBB59" w:themeColor="accent3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9BBB59" w:themeColor="accent3"/>
          <w:bottom w:val="single" w:sz="8" w:space="0" w:color="9BBB59" w:themeColor="accent3"/>
        </w:tcBorders>
      </w:tcPr>
    </w:tblStylePr>
    <w:tblStylePr w:type="band1Vert">
      <w:tblPr/>
      <w:tcPr>
        <w:shd w:val="clear" w:color="auto" w:fill="E6EED5" w:themeFill="accent3" w:themeFillTint="3F"/>
      </w:tcPr>
    </w:tblStylePr>
    <w:tblStylePr w:type="band1Horz">
      <w:tblPr/>
      <w:tcPr>
        <w:shd w:val="clear" w:color="auto" w:fill="E6EED5" w:themeFill="accent3" w:themeFillTint="3F"/>
      </w:tcPr>
    </w:tblStylePr>
  </w:style>
  <w:style w:type="table" w:styleId="1-40">
    <w:name w:val="Medium List 1 Accent 4"/>
    <w:basedOn w:val="a3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Borders>
        <w:top w:val="single" w:sz="8" w:space="0" w:color="8064A2" w:themeColor="accent4"/>
        <w:bottom w:val="single" w:sz="8" w:space="0" w:color="8064A2" w:themeColor="accent4"/>
      </w:tblBorders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8064A2" w:themeColor="accent4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8064A2" w:themeColor="accent4"/>
          <w:bottom w:val="single" w:sz="8" w:space="0" w:color="8064A2" w:themeColor="accent4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8064A2" w:themeColor="accent4"/>
          <w:bottom w:val="single" w:sz="8" w:space="0" w:color="8064A2" w:themeColor="accent4"/>
        </w:tcBorders>
      </w:tcPr>
    </w:tblStylePr>
    <w:tblStylePr w:type="band1Vert">
      <w:tblPr/>
      <w:tcPr>
        <w:shd w:val="clear" w:color="auto" w:fill="DFD8E8" w:themeFill="accent4" w:themeFillTint="3F"/>
      </w:tcPr>
    </w:tblStylePr>
    <w:tblStylePr w:type="band1Horz">
      <w:tblPr/>
      <w:tcPr>
        <w:shd w:val="clear" w:color="auto" w:fill="DFD8E8" w:themeFill="accent4" w:themeFillTint="3F"/>
      </w:tcPr>
    </w:tblStylePr>
  </w:style>
  <w:style w:type="table" w:styleId="1-50">
    <w:name w:val="Medium List 1 Accent 5"/>
    <w:basedOn w:val="a3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Borders>
        <w:top w:val="single" w:sz="8" w:space="0" w:color="4BACC6" w:themeColor="accent5"/>
        <w:bottom w:val="single" w:sz="8" w:space="0" w:color="4BACC6" w:themeColor="accent5"/>
      </w:tblBorders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4BACC6" w:themeColor="accent5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4BACC6" w:themeColor="accent5"/>
          <w:bottom w:val="single" w:sz="8" w:space="0" w:color="4BACC6" w:themeColor="accent5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4BACC6" w:themeColor="accent5"/>
          <w:bottom w:val="single" w:sz="8" w:space="0" w:color="4BACC6" w:themeColor="accent5"/>
        </w:tcBorders>
      </w:tcPr>
    </w:tblStylePr>
    <w:tblStylePr w:type="band1Vert">
      <w:tblPr/>
      <w:tcPr>
        <w:shd w:val="clear" w:color="auto" w:fill="D2EAF1" w:themeFill="accent5" w:themeFillTint="3F"/>
      </w:tcPr>
    </w:tblStylePr>
    <w:tblStylePr w:type="band1Horz">
      <w:tblPr/>
      <w:tcPr>
        <w:shd w:val="clear" w:color="auto" w:fill="D2EAF1" w:themeFill="accent5" w:themeFillTint="3F"/>
      </w:tcPr>
    </w:tblStylePr>
  </w:style>
  <w:style w:type="table" w:styleId="1-60">
    <w:name w:val="Medium List 1 Accent 6"/>
    <w:basedOn w:val="a3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Borders>
        <w:top w:val="single" w:sz="8" w:space="0" w:color="F79646" w:themeColor="accent6"/>
        <w:bottom w:val="single" w:sz="8" w:space="0" w:color="F79646" w:themeColor="accent6"/>
      </w:tblBorders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F79646" w:themeColor="accent6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F79646" w:themeColor="accent6"/>
          <w:bottom w:val="single" w:sz="8" w:space="0" w:color="F79646" w:themeColor="accent6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F79646" w:themeColor="accent6"/>
          <w:bottom w:val="single" w:sz="8" w:space="0" w:color="F79646" w:themeColor="accent6"/>
        </w:tcBorders>
      </w:tcPr>
    </w:tblStylePr>
    <w:tblStylePr w:type="band1Vert">
      <w:tblPr/>
      <w:tcPr>
        <w:shd w:val="clear" w:color="auto" w:fill="FDE4D0" w:themeFill="accent6" w:themeFillTint="3F"/>
      </w:tcPr>
    </w:tblStylePr>
    <w:tblStylePr w:type="band1Horz">
      <w:tblPr/>
      <w:tcPr>
        <w:shd w:val="clear" w:color="auto" w:fill="FDE4D0" w:themeFill="accent6" w:themeFillTint="3F"/>
      </w:tcPr>
    </w:tblStylePr>
  </w:style>
  <w:style w:type="table" w:styleId="28">
    <w:name w:val="Medium List 2"/>
    <w:basedOn w:val="a3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Borders>
        <w:top w:val="single" w:sz="8" w:space="0" w:color="000000" w:themeColor="text1"/>
        <w:left w:val="single" w:sz="8" w:space="0" w:color="000000" w:themeColor="text1"/>
        <w:bottom w:val="single" w:sz="8" w:space="0" w:color="000000" w:themeColor="text1"/>
        <w:right w:val="single" w:sz="8" w:space="0" w:color="000000" w:themeColor="text1"/>
      </w:tblBorders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000000" w:themeColor="text1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000000" w:themeColor="text1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000000" w:themeColor="text1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C0C0C0" w:themeFill="text1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C0C0C0" w:themeFill="text1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2-10">
    <w:name w:val="Medium List 2 Accent 1"/>
    <w:basedOn w:val="a3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Borders>
        <w:top w:val="single" w:sz="8" w:space="0" w:color="4F81BD" w:themeColor="accent1"/>
        <w:left w:val="single" w:sz="8" w:space="0" w:color="4F81BD" w:themeColor="accent1"/>
        <w:bottom w:val="single" w:sz="8" w:space="0" w:color="4F81BD" w:themeColor="accent1"/>
        <w:right w:val="single" w:sz="8" w:space="0" w:color="4F81BD" w:themeColor="accent1"/>
      </w:tblBorders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4F81BD" w:themeColor="accent1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4F81BD" w:themeColor="accen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4F81BD" w:themeColor="accent1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4F81BD" w:themeColor="accent1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3DFEE" w:themeFill="accent1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D3DFEE" w:themeFill="accent1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2-20">
    <w:name w:val="Medium List 2 Accent 2"/>
    <w:basedOn w:val="a3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Borders>
        <w:top w:val="single" w:sz="8" w:space="0" w:color="C0504D" w:themeColor="accent2"/>
        <w:left w:val="single" w:sz="8" w:space="0" w:color="C0504D" w:themeColor="accent2"/>
        <w:bottom w:val="single" w:sz="8" w:space="0" w:color="C0504D" w:themeColor="accent2"/>
        <w:right w:val="single" w:sz="8" w:space="0" w:color="C0504D" w:themeColor="accent2"/>
      </w:tblBorders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C0504D" w:themeColor="accent2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C0504D" w:themeColor="accent2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C0504D" w:themeColor="accent2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C0504D" w:themeColor="accent2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EFD3D2" w:themeFill="accent2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EFD3D2" w:themeFill="accent2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2-30">
    <w:name w:val="Medium List 2 Accent 3"/>
    <w:basedOn w:val="a3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Borders>
        <w:top w:val="single" w:sz="8" w:space="0" w:color="9BBB59" w:themeColor="accent3"/>
        <w:left w:val="single" w:sz="8" w:space="0" w:color="9BBB59" w:themeColor="accent3"/>
        <w:bottom w:val="single" w:sz="8" w:space="0" w:color="9BBB59" w:themeColor="accent3"/>
        <w:right w:val="single" w:sz="8" w:space="0" w:color="9BBB59" w:themeColor="accent3"/>
      </w:tblBorders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9BBB59" w:themeColor="accent3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9BBB59" w:themeColor="accent3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9BBB59" w:themeColor="accent3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9BBB59" w:themeColor="accent3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E6EED5" w:themeFill="accent3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E6EED5" w:themeFill="accent3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2-40">
    <w:name w:val="Medium List 2 Accent 4"/>
    <w:basedOn w:val="a3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Borders>
        <w:top w:val="single" w:sz="8" w:space="0" w:color="8064A2" w:themeColor="accent4"/>
        <w:left w:val="single" w:sz="8" w:space="0" w:color="8064A2" w:themeColor="accent4"/>
        <w:bottom w:val="single" w:sz="8" w:space="0" w:color="8064A2" w:themeColor="accent4"/>
        <w:right w:val="single" w:sz="8" w:space="0" w:color="8064A2" w:themeColor="accent4"/>
      </w:tblBorders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8064A2" w:themeColor="accent4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8064A2" w:themeColor="accent4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8064A2" w:themeColor="accent4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8064A2" w:themeColor="accent4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FD8E8" w:themeFill="accent4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DFD8E8" w:themeFill="accent4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2-50">
    <w:name w:val="Medium List 2 Accent 5"/>
    <w:basedOn w:val="a3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Borders>
        <w:top w:val="single" w:sz="8" w:space="0" w:color="4BACC6" w:themeColor="accent5"/>
        <w:left w:val="single" w:sz="8" w:space="0" w:color="4BACC6" w:themeColor="accent5"/>
        <w:bottom w:val="single" w:sz="8" w:space="0" w:color="4BACC6" w:themeColor="accent5"/>
        <w:right w:val="single" w:sz="8" w:space="0" w:color="4BACC6" w:themeColor="accent5"/>
      </w:tblBorders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4BACC6" w:themeColor="accent5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4BACC6" w:themeColor="accent5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4BACC6" w:themeColor="accent5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4BACC6" w:themeColor="accent5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2EAF1" w:themeFill="accent5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D2EAF1" w:themeFill="accent5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2-60">
    <w:name w:val="Medium List 2 Accent 6"/>
    <w:basedOn w:val="a3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Borders>
        <w:top w:val="single" w:sz="8" w:space="0" w:color="F79646" w:themeColor="accent6"/>
        <w:left w:val="single" w:sz="8" w:space="0" w:color="F79646" w:themeColor="accent6"/>
        <w:bottom w:val="single" w:sz="8" w:space="0" w:color="F79646" w:themeColor="accent6"/>
        <w:right w:val="single" w:sz="8" w:space="0" w:color="F79646" w:themeColor="accent6"/>
      </w:tblBorders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F79646" w:themeColor="accent6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F79646" w:themeColor="accent6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F79646" w:themeColor="accent6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F79646" w:themeColor="accent6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FDE4D0" w:themeFill="accent6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FDE4D0" w:themeFill="accent6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13">
    <w:name w:val="Medium Grid 1"/>
    <w:basedOn w:val="a3"/>
    <w:uiPriority w:val="67"/>
    <w:rsid w:val="00CB0664"/>
    <w:pPr>
      <w:spacing w:after="0" w:line="240" w:lineRule="auto"/>
    </w:pPr>
    <w:tblPr>
      <w:tblStyleRowBandSize w:val="1"/>
      <w:tblStyleColBandSize w:val="1"/>
      <w:tblBorders>
        <w:top w:val="single" w:sz="8" w:space="0" w:color="404040" w:themeColor="text1" w:themeTint="BF"/>
        <w:left w:val="single" w:sz="8" w:space="0" w:color="404040" w:themeColor="text1" w:themeTint="BF"/>
        <w:bottom w:val="single" w:sz="8" w:space="0" w:color="404040" w:themeColor="text1" w:themeTint="BF"/>
        <w:right w:val="single" w:sz="8" w:space="0" w:color="404040" w:themeColor="text1" w:themeTint="BF"/>
        <w:insideH w:val="single" w:sz="8" w:space="0" w:color="404040" w:themeColor="text1" w:themeTint="BF"/>
        <w:insideV w:val="single" w:sz="8" w:space="0" w:color="404040" w:themeColor="text1" w:themeTint="BF"/>
      </w:tblBorders>
    </w:tblPr>
    <w:tcPr>
      <w:shd w:val="clear" w:color="auto" w:fill="C0C0C0" w:themeFill="text1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404040" w:themeColor="text1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808080" w:themeFill="text1" w:themeFillTint="7F"/>
      </w:tcPr>
    </w:tblStylePr>
    <w:tblStylePr w:type="band1Horz">
      <w:tblPr/>
      <w:tcPr>
        <w:shd w:val="clear" w:color="auto" w:fill="808080" w:themeFill="text1" w:themeFillTint="7F"/>
      </w:tcPr>
    </w:tblStylePr>
  </w:style>
  <w:style w:type="table" w:styleId="1-11">
    <w:name w:val="Medium Grid 1 Accent 1"/>
    <w:basedOn w:val="a3"/>
    <w:uiPriority w:val="67"/>
    <w:rsid w:val="00CB0664"/>
    <w:pPr>
      <w:spacing w:after="0" w:line="240" w:lineRule="auto"/>
    </w:pPr>
    <w:tblPr>
      <w:tblStyleRowBandSize w:val="1"/>
      <w:tblStyleColBandSize w:val="1"/>
      <w:tblBorders>
        <w:top w:val="single" w:sz="8" w:space="0" w:color="7BA0CD" w:themeColor="accent1" w:themeTint="BF"/>
        <w:left w:val="single" w:sz="8" w:space="0" w:color="7BA0CD" w:themeColor="accent1" w:themeTint="BF"/>
        <w:bottom w:val="single" w:sz="8" w:space="0" w:color="7BA0CD" w:themeColor="accent1" w:themeTint="BF"/>
        <w:right w:val="single" w:sz="8" w:space="0" w:color="7BA0CD" w:themeColor="accent1" w:themeTint="BF"/>
        <w:insideH w:val="single" w:sz="8" w:space="0" w:color="7BA0CD" w:themeColor="accent1" w:themeTint="BF"/>
        <w:insideV w:val="single" w:sz="8" w:space="0" w:color="7BA0CD" w:themeColor="accent1" w:themeTint="BF"/>
      </w:tblBorders>
    </w:tblPr>
    <w:tcPr>
      <w:shd w:val="clear" w:color="auto" w:fill="D3DFEE" w:themeFill="accent1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7BA0CD" w:themeColor="accent1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A7BFDE" w:themeFill="accent1" w:themeFillTint="7F"/>
      </w:tcPr>
    </w:tblStylePr>
    <w:tblStylePr w:type="band1Horz">
      <w:tblPr/>
      <w:tcPr>
        <w:shd w:val="clear" w:color="auto" w:fill="A7BFDE" w:themeFill="accent1" w:themeFillTint="7F"/>
      </w:tcPr>
    </w:tblStylePr>
  </w:style>
  <w:style w:type="table" w:styleId="1-21">
    <w:name w:val="Medium Grid 1 Accent 2"/>
    <w:basedOn w:val="a3"/>
    <w:uiPriority w:val="67"/>
    <w:rsid w:val="00CB0664"/>
    <w:pPr>
      <w:spacing w:after="0" w:line="240" w:lineRule="auto"/>
    </w:pPr>
    <w:tblPr>
      <w:tblStyleRowBandSize w:val="1"/>
      <w:tblStyleColBandSize w:val="1"/>
      <w:tblBorders>
        <w:top w:val="single" w:sz="8" w:space="0" w:color="CF7B79" w:themeColor="accent2" w:themeTint="BF"/>
        <w:left w:val="single" w:sz="8" w:space="0" w:color="CF7B79" w:themeColor="accent2" w:themeTint="BF"/>
        <w:bottom w:val="single" w:sz="8" w:space="0" w:color="CF7B79" w:themeColor="accent2" w:themeTint="BF"/>
        <w:right w:val="single" w:sz="8" w:space="0" w:color="CF7B79" w:themeColor="accent2" w:themeTint="BF"/>
        <w:insideH w:val="single" w:sz="8" w:space="0" w:color="CF7B79" w:themeColor="accent2" w:themeTint="BF"/>
        <w:insideV w:val="single" w:sz="8" w:space="0" w:color="CF7B79" w:themeColor="accent2" w:themeTint="BF"/>
      </w:tblBorders>
    </w:tblPr>
    <w:tcPr>
      <w:shd w:val="clear" w:color="auto" w:fill="EFD3D2" w:themeFill="accent2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CF7B79" w:themeColor="accent2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DFA7A6" w:themeFill="accent2" w:themeFillTint="7F"/>
      </w:tcPr>
    </w:tblStylePr>
    <w:tblStylePr w:type="band1Horz">
      <w:tblPr/>
      <w:tcPr>
        <w:shd w:val="clear" w:color="auto" w:fill="DFA7A6" w:themeFill="accent2" w:themeFillTint="7F"/>
      </w:tcPr>
    </w:tblStylePr>
  </w:style>
  <w:style w:type="table" w:styleId="1-31">
    <w:name w:val="Medium Grid 1 Accent 3"/>
    <w:basedOn w:val="a3"/>
    <w:uiPriority w:val="67"/>
    <w:rsid w:val="00CB0664"/>
    <w:pPr>
      <w:spacing w:after="0" w:line="240" w:lineRule="auto"/>
    </w:pPr>
    <w:tblPr>
      <w:tblStyleRowBandSize w:val="1"/>
      <w:tblStyleColBandSize w:val="1"/>
      <w:tblBorders>
        <w:top w:val="single" w:sz="8" w:space="0" w:color="B3CC82" w:themeColor="accent3" w:themeTint="BF"/>
        <w:left w:val="single" w:sz="8" w:space="0" w:color="B3CC82" w:themeColor="accent3" w:themeTint="BF"/>
        <w:bottom w:val="single" w:sz="8" w:space="0" w:color="B3CC82" w:themeColor="accent3" w:themeTint="BF"/>
        <w:right w:val="single" w:sz="8" w:space="0" w:color="B3CC82" w:themeColor="accent3" w:themeTint="BF"/>
        <w:insideH w:val="single" w:sz="8" w:space="0" w:color="B3CC82" w:themeColor="accent3" w:themeTint="BF"/>
        <w:insideV w:val="single" w:sz="8" w:space="0" w:color="B3CC82" w:themeColor="accent3" w:themeTint="BF"/>
      </w:tblBorders>
    </w:tblPr>
    <w:tcPr>
      <w:shd w:val="clear" w:color="auto" w:fill="E6EED5" w:themeFill="accent3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B3CC82" w:themeColor="accent3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CDDDAC" w:themeFill="accent3" w:themeFillTint="7F"/>
      </w:tcPr>
    </w:tblStylePr>
    <w:tblStylePr w:type="band1Horz">
      <w:tblPr/>
      <w:tcPr>
        <w:shd w:val="clear" w:color="auto" w:fill="CDDDAC" w:themeFill="accent3" w:themeFillTint="7F"/>
      </w:tcPr>
    </w:tblStylePr>
  </w:style>
  <w:style w:type="table" w:styleId="1-41">
    <w:name w:val="Medium Grid 1 Accent 4"/>
    <w:basedOn w:val="a3"/>
    <w:uiPriority w:val="67"/>
    <w:rsid w:val="00CB0664"/>
    <w:pPr>
      <w:spacing w:after="0" w:line="240" w:lineRule="auto"/>
    </w:pPr>
    <w:tblPr>
      <w:tblStyleRowBandSize w:val="1"/>
      <w:tblStyleColBandSize w:val="1"/>
      <w:tblBorders>
        <w:top w:val="single" w:sz="8" w:space="0" w:color="9F8AB9" w:themeColor="accent4" w:themeTint="BF"/>
        <w:left w:val="single" w:sz="8" w:space="0" w:color="9F8AB9" w:themeColor="accent4" w:themeTint="BF"/>
        <w:bottom w:val="single" w:sz="8" w:space="0" w:color="9F8AB9" w:themeColor="accent4" w:themeTint="BF"/>
        <w:right w:val="single" w:sz="8" w:space="0" w:color="9F8AB9" w:themeColor="accent4" w:themeTint="BF"/>
        <w:insideH w:val="single" w:sz="8" w:space="0" w:color="9F8AB9" w:themeColor="accent4" w:themeTint="BF"/>
        <w:insideV w:val="single" w:sz="8" w:space="0" w:color="9F8AB9" w:themeColor="accent4" w:themeTint="BF"/>
      </w:tblBorders>
    </w:tblPr>
    <w:tcPr>
      <w:shd w:val="clear" w:color="auto" w:fill="DFD8E8" w:themeFill="accent4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9F8AB9" w:themeColor="accent4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BFB1D0" w:themeFill="accent4" w:themeFillTint="7F"/>
      </w:tcPr>
    </w:tblStylePr>
    <w:tblStylePr w:type="band1Horz">
      <w:tblPr/>
      <w:tcPr>
        <w:shd w:val="clear" w:color="auto" w:fill="BFB1D0" w:themeFill="accent4" w:themeFillTint="7F"/>
      </w:tcPr>
    </w:tblStylePr>
  </w:style>
  <w:style w:type="table" w:styleId="1-51">
    <w:name w:val="Medium Grid 1 Accent 5"/>
    <w:basedOn w:val="a3"/>
    <w:uiPriority w:val="67"/>
    <w:rsid w:val="00CB0664"/>
    <w:pPr>
      <w:spacing w:after="0" w:line="240" w:lineRule="auto"/>
    </w:pPr>
    <w:tblPr>
      <w:tblStyleRowBandSize w:val="1"/>
      <w:tblStyleColBandSize w:val="1"/>
      <w:tblBorders>
        <w:top w:val="single" w:sz="8" w:space="0" w:color="78C0D4" w:themeColor="accent5" w:themeTint="BF"/>
        <w:left w:val="single" w:sz="8" w:space="0" w:color="78C0D4" w:themeColor="accent5" w:themeTint="BF"/>
        <w:bottom w:val="single" w:sz="8" w:space="0" w:color="78C0D4" w:themeColor="accent5" w:themeTint="BF"/>
        <w:right w:val="single" w:sz="8" w:space="0" w:color="78C0D4" w:themeColor="accent5" w:themeTint="BF"/>
        <w:insideH w:val="single" w:sz="8" w:space="0" w:color="78C0D4" w:themeColor="accent5" w:themeTint="BF"/>
        <w:insideV w:val="single" w:sz="8" w:space="0" w:color="78C0D4" w:themeColor="accent5" w:themeTint="BF"/>
      </w:tblBorders>
    </w:tblPr>
    <w:tcPr>
      <w:shd w:val="clear" w:color="auto" w:fill="D2EAF1" w:themeFill="accent5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78C0D4" w:themeColor="accent5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A5D5E2" w:themeFill="accent5" w:themeFillTint="7F"/>
      </w:tcPr>
    </w:tblStylePr>
    <w:tblStylePr w:type="band1Horz">
      <w:tblPr/>
      <w:tcPr>
        <w:shd w:val="clear" w:color="auto" w:fill="A5D5E2" w:themeFill="accent5" w:themeFillTint="7F"/>
      </w:tcPr>
    </w:tblStylePr>
  </w:style>
  <w:style w:type="table" w:styleId="1-61">
    <w:name w:val="Medium Grid 1 Accent 6"/>
    <w:basedOn w:val="a3"/>
    <w:uiPriority w:val="67"/>
    <w:rsid w:val="00CB0664"/>
    <w:pPr>
      <w:spacing w:after="0" w:line="240" w:lineRule="auto"/>
    </w:pPr>
    <w:tblPr>
      <w:tblStyleRowBandSize w:val="1"/>
      <w:tblStyleColBandSize w:val="1"/>
      <w:tblBorders>
        <w:top w:val="single" w:sz="8" w:space="0" w:color="F9B074" w:themeColor="accent6" w:themeTint="BF"/>
        <w:left w:val="single" w:sz="8" w:space="0" w:color="F9B074" w:themeColor="accent6" w:themeTint="BF"/>
        <w:bottom w:val="single" w:sz="8" w:space="0" w:color="F9B074" w:themeColor="accent6" w:themeTint="BF"/>
        <w:right w:val="single" w:sz="8" w:space="0" w:color="F9B074" w:themeColor="accent6" w:themeTint="BF"/>
        <w:insideH w:val="single" w:sz="8" w:space="0" w:color="F9B074" w:themeColor="accent6" w:themeTint="BF"/>
        <w:insideV w:val="single" w:sz="8" w:space="0" w:color="F9B074" w:themeColor="accent6" w:themeTint="BF"/>
      </w:tblBorders>
    </w:tblPr>
    <w:tcPr>
      <w:shd w:val="clear" w:color="auto" w:fill="FDE4D0" w:themeFill="accent6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F9B074" w:themeColor="accent6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FBCAA2" w:themeFill="accent6" w:themeFillTint="7F"/>
      </w:tcPr>
    </w:tblStylePr>
    <w:tblStylePr w:type="band1Horz">
      <w:tblPr/>
      <w:tcPr>
        <w:shd w:val="clear" w:color="auto" w:fill="FBCAA2" w:themeFill="accent6" w:themeFillTint="7F"/>
      </w:tcPr>
    </w:tblStylePr>
  </w:style>
  <w:style w:type="table" w:styleId="29">
    <w:name w:val="Medium Grid 2"/>
    <w:basedOn w:val="a3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Borders>
        <w:top w:val="single" w:sz="8" w:space="0" w:color="000000" w:themeColor="text1"/>
        <w:left w:val="single" w:sz="8" w:space="0" w:color="000000" w:themeColor="text1"/>
        <w:bottom w:val="single" w:sz="8" w:space="0" w:color="000000" w:themeColor="text1"/>
        <w:right w:val="single" w:sz="8" w:space="0" w:color="000000" w:themeColor="text1"/>
        <w:insideH w:val="single" w:sz="8" w:space="0" w:color="000000" w:themeColor="text1"/>
        <w:insideV w:val="single" w:sz="8" w:space="0" w:color="000000" w:themeColor="text1"/>
      </w:tblBorders>
    </w:tblPr>
    <w:tcPr>
      <w:shd w:val="clear" w:color="auto" w:fill="C0C0C0" w:themeFill="text1" w:themeFillTint="3F"/>
    </w:tcPr>
    <w:tblStylePr w:type="firstRow">
      <w:rPr>
        <w:b/>
        <w:bCs/>
        <w:color w:val="000000" w:themeColor="text1"/>
      </w:rPr>
      <w:tblPr/>
      <w:tcPr>
        <w:shd w:val="clear" w:color="auto" w:fill="E6E6E6" w:themeFill="text1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CCCCCC" w:themeFill="text1" w:themeFillTint="33"/>
      </w:tcPr>
    </w:tblStylePr>
    <w:tblStylePr w:type="band1Vert">
      <w:tblPr/>
      <w:tcPr>
        <w:shd w:val="clear" w:color="auto" w:fill="808080" w:themeFill="text1" w:themeFillTint="7F"/>
      </w:tcPr>
    </w:tblStylePr>
    <w:tblStylePr w:type="band1Horz">
      <w:tblPr/>
      <w:tcPr>
        <w:tcBorders>
          <w:insideH w:val="single" w:sz="6" w:space="0" w:color="000000" w:themeColor="text1"/>
          <w:insideV w:val="single" w:sz="6" w:space="0" w:color="000000" w:themeColor="text1"/>
        </w:tcBorders>
        <w:shd w:val="clear" w:color="auto" w:fill="808080" w:themeFill="text1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2-11">
    <w:name w:val="Medium Grid 2 Accent 1"/>
    <w:basedOn w:val="a3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Borders>
        <w:top w:val="single" w:sz="8" w:space="0" w:color="4F81BD" w:themeColor="accent1"/>
        <w:left w:val="single" w:sz="8" w:space="0" w:color="4F81BD" w:themeColor="accent1"/>
        <w:bottom w:val="single" w:sz="8" w:space="0" w:color="4F81BD" w:themeColor="accent1"/>
        <w:right w:val="single" w:sz="8" w:space="0" w:color="4F81BD" w:themeColor="accent1"/>
        <w:insideH w:val="single" w:sz="8" w:space="0" w:color="4F81BD" w:themeColor="accent1"/>
        <w:insideV w:val="single" w:sz="8" w:space="0" w:color="4F81BD" w:themeColor="accent1"/>
      </w:tblBorders>
    </w:tblPr>
    <w:tcPr>
      <w:shd w:val="clear" w:color="auto" w:fill="D3DFEE" w:themeFill="accent1" w:themeFillTint="3F"/>
    </w:tcPr>
    <w:tblStylePr w:type="firstRow">
      <w:rPr>
        <w:b/>
        <w:bCs/>
        <w:color w:val="000000" w:themeColor="text1"/>
      </w:rPr>
      <w:tblPr/>
      <w:tcPr>
        <w:shd w:val="clear" w:color="auto" w:fill="EDF2F8" w:themeFill="accent1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DBE5F1" w:themeFill="accent1" w:themeFillTint="33"/>
      </w:tcPr>
    </w:tblStylePr>
    <w:tblStylePr w:type="band1Vert">
      <w:tblPr/>
      <w:tcPr>
        <w:shd w:val="clear" w:color="auto" w:fill="A7BFDE" w:themeFill="accent1" w:themeFillTint="7F"/>
      </w:tcPr>
    </w:tblStylePr>
    <w:tblStylePr w:type="band1Horz">
      <w:tblPr/>
      <w:tcPr>
        <w:tcBorders>
          <w:insideH w:val="single" w:sz="6" w:space="0" w:color="4F81BD" w:themeColor="accent1"/>
          <w:insideV w:val="single" w:sz="6" w:space="0" w:color="4F81BD" w:themeColor="accent1"/>
        </w:tcBorders>
        <w:shd w:val="clear" w:color="auto" w:fill="A7BFDE" w:themeFill="accent1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2-21">
    <w:name w:val="Medium Grid 2 Accent 2"/>
    <w:basedOn w:val="a3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Borders>
        <w:top w:val="single" w:sz="8" w:space="0" w:color="C0504D" w:themeColor="accent2"/>
        <w:left w:val="single" w:sz="8" w:space="0" w:color="C0504D" w:themeColor="accent2"/>
        <w:bottom w:val="single" w:sz="8" w:space="0" w:color="C0504D" w:themeColor="accent2"/>
        <w:right w:val="single" w:sz="8" w:space="0" w:color="C0504D" w:themeColor="accent2"/>
        <w:insideH w:val="single" w:sz="8" w:space="0" w:color="C0504D" w:themeColor="accent2"/>
        <w:insideV w:val="single" w:sz="8" w:space="0" w:color="C0504D" w:themeColor="accent2"/>
      </w:tblBorders>
    </w:tblPr>
    <w:tcPr>
      <w:shd w:val="clear" w:color="auto" w:fill="EFD3D2" w:themeFill="accent2" w:themeFillTint="3F"/>
    </w:tcPr>
    <w:tblStylePr w:type="firstRow">
      <w:rPr>
        <w:b/>
        <w:bCs/>
        <w:color w:val="000000" w:themeColor="text1"/>
      </w:rPr>
      <w:tblPr/>
      <w:tcPr>
        <w:shd w:val="clear" w:color="auto" w:fill="F8EDED" w:themeFill="accent2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2DBDB" w:themeFill="accent2" w:themeFillTint="33"/>
      </w:tcPr>
    </w:tblStylePr>
    <w:tblStylePr w:type="band1Vert">
      <w:tblPr/>
      <w:tcPr>
        <w:shd w:val="clear" w:color="auto" w:fill="DFA7A6" w:themeFill="accent2" w:themeFillTint="7F"/>
      </w:tcPr>
    </w:tblStylePr>
    <w:tblStylePr w:type="band1Horz">
      <w:tblPr/>
      <w:tcPr>
        <w:tcBorders>
          <w:insideH w:val="single" w:sz="6" w:space="0" w:color="C0504D" w:themeColor="accent2"/>
          <w:insideV w:val="single" w:sz="6" w:space="0" w:color="C0504D" w:themeColor="accent2"/>
        </w:tcBorders>
        <w:shd w:val="clear" w:color="auto" w:fill="DFA7A6" w:themeFill="accent2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2-31">
    <w:name w:val="Medium Grid 2 Accent 3"/>
    <w:basedOn w:val="a3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Borders>
        <w:top w:val="single" w:sz="8" w:space="0" w:color="9BBB59" w:themeColor="accent3"/>
        <w:left w:val="single" w:sz="8" w:space="0" w:color="9BBB59" w:themeColor="accent3"/>
        <w:bottom w:val="single" w:sz="8" w:space="0" w:color="9BBB59" w:themeColor="accent3"/>
        <w:right w:val="single" w:sz="8" w:space="0" w:color="9BBB59" w:themeColor="accent3"/>
        <w:insideH w:val="single" w:sz="8" w:space="0" w:color="9BBB59" w:themeColor="accent3"/>
        <w:insideV w:val="single" w:sz="8" w:space="0" w:color="9BBB59" w:themeColor="accent3"/>
      </w:tblBorders>
    </w:tblPr>
    <w:tcPr>
      <w:shd w:val="clear" w:color="auto" w:fill="E6EED5" w:themeFill="accent3" w:themeFillTint="3F"/>
    </w:tcPr>
    <w:tblStylePr w:type="firstRow">
      <w:rPr>
        <w:b/>
        <w:bCs/>
        <w:color w:val="000000" w:themeColor="text1"/>
      </w:rPr>
      <w:tblPr/>
      <w:tcPr>
        <w:shd w:val="clear" w:color="auto" w:fill="F5F8EE" w:themeFill="accent3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AF1DD" w:themeFill="accent3" w:themeFillTint="33"/>
      </w:tcPr>
    </w:tblStylePr>
    <w:tblStylePr w:type="band1Vert">
      <w:tblPr/>
      <w:tcPr>
        <w:shd w:val="clear" w:color="auto" w:fill="CDDDAC" w:themeFill="accent3" w:themeFillTint="7F"/>
      </w:tcPr>
    </w:tblStylePr>
    <w:tblStylePr w:type="band1Horz">
      <w:tblPr/>
      <w:tcPr>
        <w:tcBorders>
          <w:insideH w:val="single" w:sz="6" w:space="0" w:color="9BBB59" w:themeColor="accent3"/>
          <w:insideV w:val="single" w:sz="6" w:space="0" w:color="9BBB59" w:themeColor="accent3"/>
        </w:tcBorders>
        <w:shd w:val="clear" w:color="auto" w:fill="CDDDAC" w:themeFill="accent3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2-41">
    <w:name w:val="Medium Grid 2 Accent 4"/>
    <w:basedOn w:val="a3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Borders>
        <w:top w:val="single" w:sz="8" w:space="0" w:color="8064A2" w:themeColor="accent4"/>
        <w:left w:val="single" w:sz="8" w:space="0" w:color="8064A2" w:themeColor="accent4"/>
        <w:bottom w:val="single" w:sz="8" w:space="0" w:color="8064A2" w:themeColor="accent4"/>
        <w:right w:val="single" w:sz="8" w:space="0" w:color="8064A2" w:themeColor="accent4"/>
        <w:insideH w:val="single" w:sz="8" w:space="0" w:color="8064A2" w:themeColor="accent4"/>
        <w:insideV w:val="single" w:sz="8" w:space="0" w:color="8064A2" w:themeColor="accent4"/>
      </w:tblBorders>
    </w:tblPr>
    <w:tcPr>
      <w:shd w:val="clear" w:color="auto" w:fill="DFD8E8" w:themeFill="accent4" w:themeFillTint="3F"/>
    </w:tcPr>
    <w:tblStylePr w:type="firstRow">
      <w:rPr>
        <w:b/>
        <w:bCs/>
        <w:color w:val="000000" w:themeColor="text1"/>
      </w:rPr>
      <w:tblPr/>
      <w:tcPr>
        <w:shd w:val="clear" w:color="auto" w:fill="F2EFF6" w:themeFill="accent4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5DFEC" w:themeFill="accent4" w:themeFillTint="33"/>
      </w:tcPr>
    </w:tblStylePr>
    <w:tblStylePr w:type="band1Vert">
      <w:tblPr/>
      <w:tcPr>
        <w:shd w:val="clear" w:color="auto" w:fill="BFB1D0" w:themeFill="accent4" w:themeFillTint="7F"/>
      </w:tcPr>
    </w:tblStylePr>
    <w:tblStylePr w:type="band1Horz">
      <w:tblPr/>
      <w:tcPr>
        <w:tcBorders>
          <w:insideH w:val="single" w:sz="6" w:space="0" w:color="8064A2" w:themeColor="accent4"/>
          <w:insideV w:val="single" w:sz="6" w:space="0" w:color="8064A2" w:themeColor="accent4"/>
        </w:tcBorders>
        <w:shd w:val="clear" w:color="auto" w:fill="BFB1D0" w:themeFill="accent4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2-51">
    <w:name w:val="Medium Grid 2 Accent 5"/>
    <w:basedOn w:val="a3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Borders>
        <w:top w:val="single" w:sz="8" w:space="0" w:color="4BACC6" w:themeColor="accent5"/>
        <w:left w:val="single" w:sz="8" w:space="0" w:color="4BACC6" w:themeColor="accent5"/>
        <w:bottom w:val="single" w:sz="8" w:space="0" w:color="4BACC6" w:themeColor="accent5"/>
        <w:right w:val="single" w:sz="8" w:space="0" w:color="4BACC6" w:themeColor="accent5"/>
        <w:insideH w:val="single" w:sz="8" w:space="0" w:color="4BACC6" w:themeColor="accent5"/>
        <w:insideV w:val="single" w:sz="8" w:space="0" w:color="4BACC6" w:themeColor="accent5"/>
      </w:tblBorders>
    </w:tblPr>
    <w:tcPr>
      <w:shd w:val="clear" w:color="auto" w:fill="D2EAF1" w:themeFill="accent5" w:themeFillTint="3F"/>
    </w:tcPr>
    <w:tblStylePr w:type="firstRow">
      <w:rPr>
        <w:b/>
        <w:bCs/>
        <w:color w:val="000000" w:themeColor="text1"/>
      </w:rPr>
      <w:tblPr/>
      <w:tcPr>
        <w:shd w:val="clear" w:color="auto" w:fill="EDF6F9" w:themeFill="accent5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DAEEF3" w:themeFill="accent5" w:themeFillTint="33"/>
      </w:tcPr>
    </w:tblStylePr>
    <w:tblStylePr w:type="band1Vert">
      <w:tblPr/>
      <w:tcPr>
        <w:shd w:val="clear" w:color="auto" w:fill="A5D5E2" w:themeFill="accent5" w:themeFillTint="7F"/>
      </w:tcPr>
    </w:tblStylePr>
    <w:tblStylePr w:type="band1Horz">
      <w:tblPr/>
      <w:tcPr>
        <w:tcBorders>
          <w:insideH w:val="single" w:sz="6" w:space="0" w:color="4BACC6" w:themeColor="accent5"/>
          <w:insideV w:val="single" w:sz="6" w:space="0" w:color="4BACC6" w:themeColor="accent5"/>
        </w:tcBorders>
        <w:shd w:val="clear" w:color="auto" w:fill="A5D5E2" w:themeFill="accent5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2-61">
    <w:name w:val="Medium Grid 2 Accent 6"/>
    <w:basedOn w:val="a3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Borders>
        <w:top w:val="single" w:sz="8" w:space="0" w:color="F79646" w:themeColor="accent6"/>
        <w:left w:val="single" w:sz="8" w:space="0" w:color="F79646" w:themeColor="accent6"/>
        <w:bottom w:val="single" w:sz="8" w:space="0" w:color="F79646" w:themeColor="accent6"/>
        <w:right w:val="single" w:sz="8" w:space="0" w:color="F79646" w:themeColor="accent6"/>
        <w:insideH w:val="single" w:sz="8" w:space="0" w:color="F79646" w:themeColor="accent6"/>
        <w:insideV w:val="single" w:sz="8" w:space="0" w:color="F79646" w:themeColor="accent6"/>
      </w:tblBorders>
    </w:tblPr>
    <w:tcPr>
      <w:shd w:val="clear" w:color="auto" w:fill="FDE4D0" w:themeFill="accent6" w:themeFillTint="3F"/>
    </w:tcPr>
    <w:tblStylePr w:type="firstRow">
      <w:rPr>
        <w:b/>
        <w:bCs/>
        <w:color w:val="000000" w:themeColor="text1"/>
      </w:rPr>
      <w:tblPr/>
      <w:tcPr>
        <w:shd w:val="clear" w:color="auto" w:fill="FEF4EC" w:themeFill="accent6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DE9D9" w:themeFill="accent6" w:themeFillTint="33"/>
      </w:tcPr>
    </w:tblStylePr>
    <w:tblStylePr w:type="band1Vert">
      <w:tblPr/>
      <w:tcPr>
        <w:shd w:val="clear" w:color="auto" w:fill="FBCAA2" w:themeFill="accent6" w:themeFillTint="7F"/>
      </w:tcPr>
    </w:tblStylePr>
    <w:tblStylePr w:type="band1Horz">
      <w:tblPr/>
      <w:tcPr>
        <w:tcBorders>
          <w:insideH w:val="single" w:sz="6" w:space="0" w:color="F79646" w:themeColor="accent6"/>
          <w:insideV w:val="single" w:sz="6" w:space="0" w:color="F79646" w:themeColor="accent6"/>
        </w:tcBorders>
        <w:shd w:val="clear" w:color="auto" w:fill="FBCAA2" w:themeFill="accent6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37">
    <w:name w:val="Medium Grid 3"/>
    <w:basedOn w:val="a3"/>
    <w:uiPriority w:val="69"/>
    <w:rsid w:val="00CB0664"/>
    <w:pPr>
      <w:spacing w:after="0" w:line="240" w:lineRule="auto"/>
    </w:pPr>
    <w:tblPr>
      <w:tblStyleRowBandSize w:val="1"/>
      <w:tblStyleColBandSize w:val="1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</w:tblPr>
    <w:tcPr>
      <w:shd w:val="clear" w:color="auto" w:fill="C0C0C0" w:themeFill="text1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000000" w:themeFill="text1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000000" w:themeFill="text1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000000" w:themeFill="text1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000000" w:themeFill="text1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808080" w:themeFill="text1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808080" w:themeFill="text1" w:themeFillTint="7F"/>
      </w:tcPr>
    </w:tblStylePr>
  </w:style>
  <w:style w:type="table" w:styleId="3-1">
    <w:name w:val="Medium Grid 3 Accent 1"/>
    <w:basedOn w:val="a3"/>
    <w:uiPriority w:val="69"/>
    <w:rsid w:val="00CB0664"/>
    <w:pPr>
      <w:spacing w:after="0" w:line="240" w:lineRule="auto"/>
    </w:pPr>
    <w:tblPr>
      <w:tblStyleRowBandSize w:val="1"/>
      <w:tblStyleColBandSize w:val="1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</w:tblPr>
    <w:tcPr>
      <w:shd w:val="clear" w:color="auto" w:fill="D3DFEE" w:themeFill="accent1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4F81BD" w:themeFill="accent1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4F81BD" w:themeFill="accent1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4F81BD" w:themeFill="accent1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4F81BD" w:themeFill="accent1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A7BFDE" w:themeFill="accent1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A7BFDE" w:themeFill="accent1" w:themeFillTint="7F"/>
      </w:tcPr>
    </w:tblStylePr>
  </w:style>
  <w:style w:type="table" w:styleId="3-2">
    <w:name w:val="Medium Grid 3 Accent 2"/>
    <w:basedOn w:val="a3"/>
    <w:uiPriority w:val="69"/>
    <w:rsid w:val="00CB0664"/>
    <w:pPr>
      <w:spacing w:after="0" w:line="240" w:lineRule="auto"/>
    </w:pPr>
    <w:tblPr>
      <w:tblStyleRowBandSize w:val="1"/>
      <w:tblStyleColBandSize w:val="1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</w:tblPr>
    <w:tcPr>
      <w:shd w:val="clear" w:color="auto" w:fill="EFD3D2" w:themeFill="accent2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C0504D" w:themeFill="accent2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C0504D" w:themeFill="accent2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C0504D" w:themeFill="accent2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C0504D" w:themeFill="accent2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DFA7A6" w:themeFill="accent2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DFA7A6" w:themeFill="accent2" w:themeFillTint="7F"/>
      </w:tcPr>
    </w:tblStylePr>
  </w:style>
  <w:style w:type="table" w:styleId="3-3">
    <w:name w:val="Medium Grid 3 Accent 3"/>
    <w:basedOn w:val="a3"/>
    <w:uiPriority w:val="69"/>
    <w:rsid w:val="00CB0664"/>
    <w:pPr>
      <w:spacing w:after="0" w:line="240" w:lineRule="auto"/>
    </w:pPr>
    <w:tblPr>
      <w:tblStyleRowBandSize w:val="1"/>
      <w:tblStyleColBandSize w:val="1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</w:tblPr>
    <w:tcPr>
      <w:shd w:val="clear" w:color="auto" w:fill="E6EED5" w:themeFill="accent3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9BBB59" w:themeFill="accent3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9BBB59" w:themeFill="accent3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9BBB59" w:themeFill="accent3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9BBB59" w:themeFill="accent3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CDDDAC" w:themeFill="accent3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CDDDAC" w:themeFill="accent3" w:themeFillTint="7F"/>
      </w:tcPr>
    </w:tblStylePr>
  </w:style>
  <w:style w:type="table" w:styleId="3-4">
    <w:name w:val="Medium Grid 3 Accent 4"/>
    <w:basedOn w:val="a3"/>
    <w:uiPriority w:val="69"/>
    <w:rsid w:val="00CB0664"/>
    <w:pPr>
      <w:spacing w:after="0" w:line="240" w:lineRule="auto"/>
    </w:pPr>
    <w:tblPr>
      <w:tblStyleRowBandSize w:val="1"/>
      <w:tblStyleColBandSize w:val="1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</w:tblPr>
    <w:tcPr>
      <w:shd w:val="clear" w:color="auto" w:fill="DFD8E8" w:themeFill="accent4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8064A2" w:themeFill="accent4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8064A2" w:themeFill="accent4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8064A2" w:themeFill="accent4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8064A2" w:themeFill="accent4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BFB1D0" w:themeFill="accent4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BFB1D0" w:themeFill="accent4" w:themeFillTint="7F"/>
      </w:tcPr>
    </w:tblStylePr>
  </w:style>
  <w:style w:type="table" w:styleId="3-5">
    <w:name w:val="Medium Grid 3 Accent 5"/>
    <w:basedOn w:val="a3"/>
    <w:uiPriority w:val="69"/>
    <w:rsid w:val="00CB0664"/>
    <w:pPr>
      <w:spacing w:after="0" w:line="240" w:lineRule="auto"/>
    </w:pPr>
    <w:tblPr>
      <w:tblStyleRowBandSize w:val="1"/>
      <w:tblStyleColBandSize w:val="1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</w:tblPr>
    <w:tcPr>
      <w:shd w:val="clear" w:color="auto" w:fill="D2EAF1" w:themeFill="accent5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4BACC6" w:themeFill="accent5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4BACC6" w:themeFill="accent5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4BACC6" w:themeFill="accent5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4BACC6" w:themeFill="accent5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A5D5E2" w:themeFill="accent5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A5D5E2" w:themeFill="accent5" w:themeFillTint="7F"/>
      </w:tcPr>
    </w:tblStylePr>
  </w:style>
  <w:style w:type="table" w:styleId="3-6">
    <w:name w:val="Medium Grid 3 Accent 6"/>
    <w:basedOn w:val="a3"/>
    <w:uiPriority w:val="69"/>
    <w:rsid w:val="00CB0664"/>
    <w:pPr>
      <w:spacing w:after="0" w:line="240" w:lineRule="auto"/>
    </w:pPr>
    <w:tblPr>
      <w:tblStyleRowBandSize w:val="1"/>
      <w:tblStyleColBandSize w:val="1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</w:tblPr>
    <w:tcPr>
      <w:shd w:val="clear" w:color="auto" w:fill="FDE4D0" w:themeFill="accent6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F79646" w:themeFill="accent6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F79646" w:themeFill="accent6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F79646" w:themeFill="accent6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F79646" w:themeFill="accent6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FBCAA2" w:themeFill="accent6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FBCAA2" w:themeFill="accent6" w:themeFillTint="7F"/>
      </w:tcPr>
    </w:tblStylePr>
  </w:style>
  <w:style w:type="table" w:styleId="aff5">
    <w:name w:val="Dark List"/>
    <w:basedOn w:val="a3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</w:tblPr>
    <w:tcPr>
      <w:shd w:val="clear" w:color="auto" w:fill="000000" w:themeFill="text1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000000" w:themeFill="text1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000000" w:themeFill="text1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000000" w:themeFill="text1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000000" w:themeFill="text1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000000" w:themeFill="text1" w:themeFillShade="BF"/>
      </w:tcPr>
    </w:tblStylePr>
  </w:style>
  <w:style w:type="table" w:styleId="-12">
    <w:name w:val="Dark List Accent 1"/>
    <w:basedOn w:val="a3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</w:tblPr>
    <w:tcPr>
      <w:shd w:val="clear" w:color="auto" w:fill="4F81BD" w:themeFill="accent1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243F60" w:themeFill="accent1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365F91" w:themeFill="accent1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365F91" w:themeFill="accent1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365F91" w:themeFill="accent1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365F91" w:themeFill="accent1" w:themeFillShade="BF"/>
      </w:tcPr>
    </w:tblStylePr>
  </w:style>
  <w:style w:type="table" w:styleId="-22">
    <w:name w:val="Dark List Accent 2"/>
    <w:basedOn w:val="a3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</w:tblPr>
    <w:tcPr>
      <w:shd w:val="clear" w:color="auto" w:fill="C0504D" w:themeFill="accent2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622423" w:themeFill="accent2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943634" w:themeFill="accent2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943634" w:themeFill="accent2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943634" w:themeFill="accent2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943634" w:themeFill="accent2" w:themeFillShade="BF"/>
      </w:tcPr>
    </w:tblStylePr>
  </w:style>
  <w:style w:type="table" w:styleId="-32">
    <w:name w:val="Dark List Accent 3"/>
    <w:basedOn w:val="a3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</w:tblPr>
    <w:tcPr>
      <w:shd w:val="clear" w:color="auto" w:fill="9BBB59" w:themeFill="accent3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4E6128" w:themeFill="accent3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76923C" w:themeFill="accent3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76923C" w:themeFill="accent3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76923C" w:themeFill="accent3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76923C" w:themeFill="accent3" w:themeFillShade="BF"/>
      </w:tcPr>
    </w:tblStylePr>
  </w:style>
  <w:style w:type="table" w:styleId="-42">
    <w:name w:val="Dark List Accent 4"/>
    <w:basedOn w:val="a3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</w:tblPr>
    <w:tcPr>
      <w:shd w:val="clear" w:color="auto" w:fill="8064A2" w:themeFill="accent4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3F3151" w:themeFill="accent4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5F497A" w:themeFill="accent4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5F497A" w:themeFill="accent4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5F497A" w:themeFill="accent4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5F497A" w:themeFill="accent4" w:themeFillShade="BF"/>
      </w:tcPr>
    </w:tblStylePr>
  </w:style>
  <w:style w:type="table" w:styleId="-52">
    <w:name w:val="Dark List Accent 5"/>
    <w:basedOn w:val="a3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</w:tblPr>
    <w:tcPr>
      <w:shd w:val="clear" w:color="auto" w:fill="4BACC6" w:themeFill="accent5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205867" w:themeFill="accent5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31849B" w:themeFill="accent5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31849B" w:themeFill="accent5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31849B" w:themeFill="accent5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31849B" w:themeFill="accent5" w:themeFillShade="BF"/>
      </w:tcPr>
    </w:tblStylePr>
  </w:style>
  <w:style w:type="table" w:styleId="-62">
    <w:name w:val="Dark List Accent 6"/>
    <w:basedOn w:val="a3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</w:tblPr>
    <w:tcPr>
      <w:shd w:val="clear" w:color="auto" w:fill="F79646" w:themeFill="accent6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974706" w:themeFill="accent6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E36C0A" w:themeFill="accent6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E36C0A" w:themeFill="accent6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36C0A" w:themeFill="accent6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36C0A" w:themeFill="accent6" w:themeFillShade="BF"/>
      </w:tcPr>
    </w:tblStylePr>
  </w:style>
  <w:style w:type="table" w:styleId="aff6">
    <w:name w:val="Colorful Shading"/>
    <w:basedOn w:val="a3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Borders>
        <w:top w:val="single" w:sz="24" w:space="0" w:color="C0504D" w:themeColor="accent2"/>
        <w:left w:val="single" w:sz="4" w:space="0" w:color="000000" w:themeColor="text1"/>
        <w:bottom w:val="single" w:sz="4" w:space="0" w:color="000000" w:themeColor="text1"/>
        <w:right w:val="single" w:sz="4" w:space="0" w:color="000000" w:themeColor="text1"/>
        <w:insideH w:val="single" w:sz="4" w:space="0" w:color="FFFFFF" w:themeColor="background1"/>
        <w:insideV w:val="single" w:sz="4" w:space="0" w:color="FFFFFF" w:themeColor="background1"/>
      </w:tblBorders>
    </w:tblPr>
    <w:tcPr>
      <w:shd w:val="clear" w:color="auto" w:fill="E6E6E6" w:themeFill="text1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C0504D" w:themeColor="accent2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000000" w:themeFill="text1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000000" w:themeColor="text1" w:themeShade="99"/>
          <w:insideV w:val="nil"/>
        </w:tcBorders>
        <w:shd w:val="clear" w:color="auto" w:fill="000000" w:themeFill="text1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000000" w:themeFill="text1" w:themeFillShade="BF"/>
      </w:tcPr>
    </w:tblStylePr>
    <w:tblStylePr w:type="band1Vert">
      <w:tblPr/>
      <w:tcPr>
        <w:shd w:val="clear" w:color="auto" w:fill="999999" w:themeFill="text1" w:themeFillTint="66"/>
      </w:tcPr>
    </w:tblStylePr>
    <w:tblStylePr w:type="band1Horz">
      <w:tblPr/>
      <w:tcPr>
        <w:shd w:val="clear" w:color="auto" w:fill="808080" w:themeFill="text1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-13">
    <w:name w:val="Colorful Shading Accent 1"/>
    <w:basedOn w:val="a3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Borders>
        <w:top w:val="single" w:sz="24" w:space="0" w:color="C0504D" w:themeColor="accent2"/>
        <w:left w:val="single" w:sz="4" w:space="0" w:color="4F81BD" w:themeColor="accent1"/>
        <w:bottom w:val="single" w:sz="4" w:space="0" w:color="4F81BD" w:themeColor="accent1"/>
        <w:right w:val="single" w:sz="4" w:space="0" w:color="4F81BD" w:themeColor="accent1"/>
        <w:insideH w:val="single" w:sz="4" w:space="0" w:color="FFFFFF" w:themeColor="background1"/>
        <w:insideV w:val="single" w:sz="4" w:space="0" w:color="FFFFFF" w:themeColor="background1"/>
      </w:tblBorders>
    </w:tblPr>
    <w:tcPr>
      <w:shd w:val="clear" w:color="auto" w:fill="EDF2F8" w:themeFill="accent1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C0504D" w:themeColor="accent2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2C4C74" w:themeFill="accent1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2C4C74" w:themeColor="accent1" w:themeShade="99"/>
          <w:insideV w:val="nil"/>
        </w:tcBorders>
        <w:shd w:val="clear" w:color="auto" w:fill="2C4C74" w:themeFill="accent1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2C4C74" w:themeFill="accent1" w:themeFillShade="99"/>
      </w:tcPr>
    </w:tblStylePr>
    <w:tblStylePr w:type="band1Vert">
      <w:tblPr/>
      <w:tcPr>
        <w:shd w:val="clear" w:color="auto" w:fill="B8CCE4" w:themeFill="accent1" w:themeFillTint="66"/>
      </w:tcPr>
    </w:tblStylePr>
    <w:tblStylePr w:type="band1Horz">
      <w:tblPr/>
      <w:tcPr>
        <w:shd w:val="clear" w:color="auto" w:fill="A7BFDE" w:themeFill="accent1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-23">
    <w:name w:val="Colorful Shading Accent 2"/>
    <w:basedOn w:val="a3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Borders>
        <w:top w:val="single" w:sz="24" w:space="0" w:color="C0504D" w:themeColor="accent2"/>
        <w:left w:val="single" w:sz="4" w:space="0" w:color="C0504D" w:themeColor="accent2"/>
        <w:bottom w:val="single" w:sz="4" w:space="0" w:color="C0504D" w:themeColor="accent2"/>
        <w:right w:val="single" w:sz="4" w:space="0" w:color="C0504D" w:themeColor="accent2"/>
        <w:insideH w:val="single" w:sz="4" w:space="0" w:color="FFFFFF" w:themeColor="background1"/>
        <w:insideV w:val="single" w:sz="4" w:space="0" w:color="FFFFFF" w:themeColor="background1"/>
      </w:tblBorders>
    </w:tblPr>
    <w:tcPr>
      <w:shd w:val="clear" w:color="auto" w:fill="F8EDED" w:themeFill="accent2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C0504D" w:themeColor="accent2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772C2A" w:themeFill="accent2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772C2A" w:themeColor="accent2" w:themeShade="99"/>
          <w:insideV w:val="nil"/>
        </w:tcBorders>
        <w:shd w:val="clear" w:color="auto" w:fill="772C2A" w:themeFill="accent2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772C2A" w:themeFill="accent2" w:themeFillShade="99"/>
      </w:tcPr>
    </w:tblStylePr>
    <w:tblStylePr w:type="band1Vert">
      <w:tblPr/>
      <w:tcPr>
        <w:shd w:val="clear" w:color="auto" w:fill="E5B8B7" w:themeFill="accent2" w:themeFillTint="66"/>
      </w:tcPr>
    </w:tblStylePr>
    <w:tblStylePr w:type="band1Horz">
      <w:tblPr/>
      <w:tcPr>
        <w:shd w:val="clear" w:color="auto" w:fill="DFA7A6" w:themeFill="accent2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-33">
    <w:name w:val="Colorful Shading Accent 3"/>
    <w:basedOn w:val="a3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Borders>
        <w:top w:val="single" w:sz="24" w:space="0" w:color="8064A2" w:themeColor="accent4"/>
        <w:left w:val="single" w:sz="4" w:space="0" w:color="9BBB59" w:themeColor="accent3"/>
        <w:bottom w:val="single" w:sz="4" w:space="0" w:color="9BBB59" w:themeColor="accent3"/>
        <w:right w:val="single" w:sz="4" w:space="0" w:color="9BBB59" w:themeColor="accent3"/>
        <w:insideH w:val="single" w:sz="4" w:space="0" w:color="FFFFFF" w:themeColor="background1"/>
        <w:insideV w:val="single" w:sz="4" w:space="0" w:color="FFFFFF" w:themeColor="background1"/>
      </w:tblBorders>
    </w:tblPr>
    <w:tcPr>
      <w:shd w:val="clear" w:color="auto" w:fill="F5F8EE" w:themeFill="accent3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8064A2" w:themeColor="accent4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5E7530" w:themeFill="accent3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5E7530" w:themeColor="accent3" w:themeShade="99"/>
          <w:insideV w:val="nil"/>
        </w:tcBorders>
        <w:shd w:val="clear" w:color="auto" w:fill="5E7530" w:themeFill="accent3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5E7530" w:themeFill="accent3" w:themeFillShade="99"/>
      </w:tcPr>
    </w:tblStylePr>
    <w:tblStylePr w:type="band1Vert">
      <w:tblPr/>
      <w:tcPr>
        <w:shd w:val="clear" w:color="auto" w:fill="D6E3BC" w:themeFill="accent3" w:themeFillTint="66"/>
      </w:tcPr>
    </w:tblStylePr>
    <w:tblStylePr w:type="band1Horz">
      <w:tblPr/>
      <w:tcPr>
        <w:shd w:val="clear" w:color="auto" w:fill="CDDDAC" w:themeFill="accent3" w:themeFillTint="7F"/>
      </w:tcPr>
    </w:tblStylePr>
  </w:style>
  <w:style w:type="table" w:styleId="-43">
    <w:name w:val="Colorful Shading Accent 4"/>
    <w:basedOn w:val="a3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Borders>
        <w:top w:val="single" w:sz="24" w:space="0" w:color="9BBB59" w:themeColor="accent3"/>
        <w:left w:val="single" w:sz="4" w:space="0" w:color="8064A2" w:themeColor="accent4"/>
        <w:bottom w:val="single" w:sz="4" w:space="0" w:color="8064A2" w:themeColor="accent4"/>
        <w:right w:val="single" w:sz="4" w:space="0" w:color="8064A2" w:themeColor="accent4"/>
        <w:insideH w:val="single" w:sz="4" w:space="0" w:color="FFFFFF" w:themeColor="background1"/>
        <w:insideV w:val="single" w:sz="4" w:space="0" w:color="FFFFFF" w:themeColor="background1"/>
      </w:tblBorders>
    </w:tblPr>
    <w:tcPr>
      <w:shd w:val="clear" w:color="auto" w:fill="F2EFF6" w:themeFill="accent4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9BBB59" w:themeColor="accent3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4C3B62" w:themeFill="accent4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4C3B62" w:themeColor="accent4" w:themeShade="99"/>
          <w:insideV w:val="nil"/>
        </w:tcBorders>
        <w:shd w:val="clear" w:color="auto" w:fill="4C3B62" w:themeFill="accent4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4C3B62" w:themeFill="accent4" w:themeFillShade="99"/>
      </w:tcPr>
    </w:tblStylePr>
    <w:tblStylePr w:type="band1Vert">
      <w:tblPr/>
      <w:tcPr>
        <w:shd w:val="clear" w:color="auto" w:fill="CCC0D9" w:themeFill="accent4" w:themeFillTint="66"/>
      </w:tcPr>
    </w:tblStylePr>
    <w:tblStylePr w:type="band1Horz">
      <w:tblPr/>
      <w:tcPr>
        <w:shd w:val="clear" w:color="auto" w:fill="BFB1D0" w:themeFill="accent4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-53">
    <w:name w:val="Colorful Shading Accent 5"/>
    <w:basedOn w:val="a3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Borders>
        <w:top w:val="single" w:sz="24" w:space="0" w:color="F79646" w:themeColor="accent6"/>
        <w:left w:val="single" w:sz="4" w:space="0" w:color="4BACC6" w:themeColor="accent5"/>
        <w:bottom w:val="single" w:sz="4" w:space="0" w:color="4BACC6" w:themeColor="accent5"/>
        <w:right w:val="single" w:sz="4" w:space="0" w:color="4BACC6" w:themeColor="accent5"/>
        <w:insideH w:val="single" w:sz="4" w:space="0" w:color="FFFFFF" w:themeColor="background1"/>
        <w:insideV w:val="single" w:sz="4" w:space="0" w:color="FFFFFF" w:themeColor="background1"/>
      </w:tblBorders>
    </w:tblPr>
    <w:tcPr>
      <w:shd w:val="clear" w:color="auto" w:fill="EDF6F9" w:themeFill="accent5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F79646" w:themeColor="accent6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276A7C" w:themeFill="accent5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276A7C" w:themeColor="accent5" w:themeShade="99"/>
          <w:insideV w:val="nil"/>
        </w:tcBorders>
        <w:shd w:val="clear" w:color="auto" w:fill="276A7C" w:themeFill="accent5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276A7C" w:themeFill="accent5" w:themeFillShade="99"/>
      </w:tcPr>
    </w:tblStylePr>
    <w:tblStylePr w:type="band1Vert">
      <w:tblPr/>
      <w:tcPr>
        <w:shd w:val="clear" w:color="auto" w:fill="B6DDE8" w:themeFill="accent5" w:themeFillTint="66"/>
      </w:tcPr>
    </w:tblStylePr>
    <w:tblStylePr w:type="band1Horz">
      <w:tblPr/>
      <w:tcPr>
        <w:shd w:val="clear" w:color="auto" w:fill="A5D5E2" w:themeFill="accent5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-63">
    <w:name w:val="Colorful Shading Accent 6"/>
    <w:basedOn w:val="a3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Borders>
        <w:top w:val="single" w:sz="24" w:space="0" w:color="4BACC6" w:themeColor="accent5"/>
        <w:left w:val="single" w:sz="4" w:space="0" w:color="F79646" w:themeColor="accent6"/>
        <w:bottom w:val="single" w:sz="4" w:space="0" w:color="F79646" w:themeColor="accent6"/>
        <w:right w:val="single" w:sz="4" w:space="0" w:color="F79646" w:themeColor="accent6"/>
        <w:insideH w:val="single" w:sz="4" w:space="0" w:color="FFFFFF" w:themeColor="background1"/>
        <w:insideV w:val="single" w:sz="4" w:space="0" w:color="FFFFFF" w:themeColor="background1"/>
      </w:tblBorders>
    </w:tblPr>
    <w:tcPr>
      <w:shd w:val="clear" w:color="auto" w:fill="FEF4EC" w:themeFill="accent6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4BACC6" w:themeColor="accent5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B65608" w:themeFill="accent6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B65608" w:themeColor="accent6" w:themeShade="99"/>
          <w:insideV w:val="nil"/>
        </w:tcBorders>
        <w:shd w:val="clear" w:color="auto" w:fill="B65608" w:themeFill="accent6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B65608" w:themeFill="accent6" w:themeFillShade="99"/>
      </w:tcPr>
    </w:tblStylePr>
    <w:tblStylePr w:type="band1Vert">
      <w:tblPr/>
      <w:tcPr>
        <w:shd w:val="clear" w:color="auto" w:fill="FBD4B4" w:themeFill="accent6" w:themeFillTint="66"/>
      </w:tcPr>
    </w:tblStylePr>
    <w:tblStylePr w:type="band1Horz">
      <w:tblPr/>
      <w:tcPr>
        <w:shd w:val="clear" w:color="auto" w:fill="FBCAA2" w:themeFill="accent6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aff7">
    <w:name w:val="Colorful List"/>
    <w:basedOn w:val="a3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</w:tblPr>
    <w:tcPr>
      <w:shd w:val="clear" w:color="auto" w:fill="E6E6E6" w:themeFill="text1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9E3A38" w:themeFill="accent2" w:themeFillShade="CC"/>
      </w:tcPr>
    </w:tblStylePr>
    <w:tblStylePr w:type="lastRow">
      <w:rPr>
        <w:b/>
        <w:bCs/>
        <w:color w:val="9E3A38" w:themeColor="accent2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C0C0C0" w:themeFill="text1" w:themeFillTint="3F"/>
      </w:tcPr>
    </w:tblStylePr>
    <w:tblStylePr w:type="band1Horz">
      <w:tblPr/>
      <w:tcPr>
        <w:shd w:val="clear" w:color="auto" w:fill="CCCCCC" w:themeFill="text1" w:themeFillTint="33"/>
      </w:tcPr>
    </w:tblStylePr>
  </w:style>
  <w:style w:type="table" w:styleId="-14">
    <w:name w:val="Colorful List Accent 1"/>
    <w:basedOn w:val="a3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</w:tblPr>
    <w:tcPr>
      <w:shd w:val="clear" w:color="auto" w:fill="EDF2F8" w:themeFill="accent1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9E3A38" w:themeFill="accent2" w:themeFillShade="CC"/>
      </w:tcPr>
    </w:tblStylePr>
    <w:tblStylePr w:type="lastRow">
      <w:rPr>
        <w:b/>
        <w:bCs/>
        <w:color w:val="9E3A38" w:themeColor="accent2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D3DFEE" w:themeFill="accent1" w:themeFillTint="3F"/>
      </w:tcPr>
    </w:tblStylePr>
    <w:tblStylePr w:type="band1Horz">
      <w:tblPr/>
      <w:tcPr>
        <w:shd w:val="clear" w:color="auto" w:fill="DBE5F1" w:themeFill="accent1" w:themeFillTint="33"/>
      </w:tcPr>
    </w:tblStylePr>
  </w:style>
  <w:style w:type="table" w:styleId="-24">
    <w:name w:val="Colorful List Accent 2"/>
    <w:basedOn w:val="a3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</w:tblPr>
    <w:tcPr>
      <w:shd w:val="clear" w:color="auto" w:fill="F8EDED" w:themeFill="accent2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9E3A38" w:themeFill="accent2" w:themeFillShade="CC"/>
      </w:tcPr>
    </w:tblStylePr>
    <w:tblStylePr w:type="lastRow">
      <w:rPr>
        <w:b/>
        <w:bCs/>
        <w:color w:val="9E3A38" w:themeColor="accent2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FD3D2" w:themeFill="accent2" w:themeFillTint="3F"/>
      </w:tcPr>
    </w:tblStylePr>
    <w:tblStylePr w:type="band1Horz">
      <w:tblPr/>
      <w:tcPr>
        <w:shd w:val="clear" w:color="auto" w:fill="F2DBDB" w:themeFill="accent2" w:themeFillTint="33"/>
      </w:tcPr>
    </w:tblStylePr>
  </w:style>
  <w:style w:type="table" w:styleId="-34">
    <w:name w:val="Colorful List Accent 3"/>
    <w:basedOn w:val="a3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</w:tblPr>
    <w:tcPr>
      <w:shd w:val="clear" w:color="auto" w:fill="F5F8EE" w:themeFill="accent3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664E82" w:themeFill="accent4" w:themeFillShade="CC"/>
      </w:tcPr>
    </w:tblStylePr>
    <w:tblStylePr w:type="lastRow">
      <w:rPr>
        <w:b/>
        <w:bCs/>
        <w:color w:val="664E82" w:themeColor="accent4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6EED5" w:themeFill="accent3" w:themeFillTint="3F"/>
      </w:tcPr>
    </w:tblStylePr>
    <w:tblStylePr w:type="band1Horz">
      <w:tblPr/>
      <w:tcPr>
        <w:shd w:val="clear" w:color="auto" w:fill="EAF1DD" w:themeFill="accent3" w:themeFillTint="33"/>
      </w:tcPr>
    </w:tblStylePr>
  </w:style>
  <w:style w:type="table" w:styleId="-44">
    <w:name w:val="Colorful List Accent 4"/>
    <w:basedOn w:val="a3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</w:tblPr>
    <w:tcPr>
      <w:shd w:val="clear" w:color="auto" w:fill="F2EFF6" w:themeFill="accent4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7E9C40" w:themeFill="accent3" w:themeFillShade="CC"/>
      </w:tcPr>
    </w:tblStylePr>
    <w:tblStylePr w:type="lastRow">
      <w:rPr>
        <w:b/>
        <w:bCs/>
        <w:color w:val="7E9C40" w:themeColor="accent3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DFD8E8" w:themeFill="accent4" w:themeFillTint="3F"/>
      </w:tcPr>
    </w:tblStylePr>
    <w:tblStylePr w:type="band1Horz">
      <w:tblPr/>
      <w:tcPr>
        <w:shd w:val="clear" w:color="auto" w:fill="E5DFEC" w:themeFill="accent4" w:themeFillTint="33"/>
      </w:tcPr>
    </w:tblStylePr>
  </w:style>
  <w:style w:type="table" w:styleId="-54">
    <w:name w:val="Colorful List Accent 5"/>
    <w:basedOn w:val="a3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</w:tblPr>
    <w:tcPr>
      <w:shd w:val="clear" w:color="auto" w:fill="EDF6F9" w:themeFill="accent5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F2730A" w:themeFill="accent6" w:themeFillShade="CC"/>
      </w:tcPr>
    </w:tblStylePr>
    <w:tblStylePr w:type="lastRow">
      <w:rPr>
        <w:b/>
        <w:bCs/>
        <w:color w:val="F2730A" w:themeColor="accent6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D2EAF1" w:themeFill="accent5" w:themeFillTint="3F"/>
      </w:tcPr>
    </w:tblStylePr>
    <w:tblStylePr w:type="band1Horz">
      <w:tblPr/>
      <w:tcPr>
        <w:shd w:val="clear" w:color="auto" w:fill="DAEEF3" w:themeFill="accent5" w:themeFillTint="33"/>
      </w:tcPr>
    </w:tblStylePr>
  </w:style>
  <w:style w:type="table" w:styleId="-64">
    <w:name w:val="Colorful List Accent 6"/>
    <w:basedOn w:val="a3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</w:tblPr>
    <w:tcPr>
      <w:shd w:val="clear" w:color="auto" w:fill="FEF4EC" w:themeFill="accent6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348DA5" w:themeFill="accent5" w:themeFillShade="CC"/>
      </w:tcPr>
    </w:tblStylePr>
    <w:tblStylePr w:type="lastRow">
      <w:rPr>
        <w:b/>
        <w:bCs/>
        <w:color w:val="348DA5" w:themeColor="accent5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DE4D0" w:themeFill="accent6" w:themeFillTint="3F"/>
      </w:tcPr>
    </w:tblStylePr>
    <w:tblStylePr w:type="band1Horz">
      <w:tblPr/>
      <w:tcPr>
        <w:shd w:val="clear" w:color="auto" w:fill="FDE9D9" w:themeFill="accent6" w:themeFillTint="33"/>
      </w:tcPr>
    </w:tblStylePr>
  </w:style>
  <w:style w:type="table" w:styleId="aff8">
    <w:name w:val="Colorful Grid"/>
    <w:basedOn w:val="a3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Borders>
        <w:insideH w:val="single" w:sz="4" w:space="0" w:color="FFFFFF" w:themeColor="background1"/>
      </w:tblBorders>
    </w:tblPr>
    <w:tcPr>
      <w:shd w:val="clear" w:color="auto" w:fill="CCCCCC" w:themeFill="text1" w:themeFillTint="33"/>
    </w:tcPr>
    <w:tblStylePr w:type="firstRow">
      <w:rPr>
        <w:b/>
        <w:bCs/>
      </w:rPr>
      <w:tblPr/>
      <w:tcPr>
        <w:shd w:val="clear" w:color="auto" w:fill="999999" w:themeFill="text1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999999" w:themeFill="text1" w:themeFillTint="66"/>
      </w:tcPr>
    </w:tblStylePr>
    <w:tblStylePr w:type="firstCol">
      <w:rPr>
        <w:color w:val="FFFFFF" w:themeColor="background1"/>
      </w:rPr>
      <w:tblPr/>
      <w:tcPr>
        <w:shd w:val="clear" w:color="auto" w:fill="000000" w:themeFill="text1" w:themeFillShade="BF"/>
      </w:tcPr>
    </w:tblStylePr>
    <w:tblStylePr w:type="lastCol">
      <w:rPr>
        <w:color w:val="FFFFFF" w:themeColor="background1"/>
      </w:rPr>
      <w:tblPr/>
      <w:tcPr>
        <w:shd w:val="clear" w:color="auto" w:fill="000000" w:themeFill="text1" w:themeFillShade="BF"/>
      </w:tcPr>
    </w:tblStylePr>
    <w:tblStylePr w:type="band1Vert">
      <w:tblPr/>
      <w:tcPr>
        <w:shd w:val="clear" w:color="auto" w:fill="808080" w:themeFill="text1" w:themeFillTint="7F"/>
      </w:tcPr>
    </w:tblStylePr>
    <w:tblStylePr w:type="band1Horz">
      <w:tblPr/>
      <w:tcPr>
        <w:shd w:val="clear" w:color="auto" w:fill="808080" w:themeFill="text1" w:themeFillTint="7F"/>
      </w:tcPr>
    </w:tblStylePr>
  </w:style>
  <w:style w:type="table" w:styleId="-15">
    <w:name w:val="Colorful Grid Accent 1"/>
    <w:basedOn w:val="a3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Borders>
        <w:insideH w:val="single" w:sz="4" w:space="0" w:color="FFFFFF" w:themeColor="background1"/>
      </w:tblBorders>
    </w:tblPr>
    <w:tcPr>
      <w:shd w:val="clear" w:color="auto" w:fill="DBE5F1" w:themeFill="accent1" w:themeFillTint="33"/>
    </w:tcPr>
    <w:tblStylePr w:type="firstRow">
      <w:rPr>
        <w:b/>
        <w:bCs/>
      </w:rPr>
      <w:tblPr/>
      <w:tcPr>
        <w:shd w:val="clear" w:color="auto" w:fill="B8CCE4" w:themeFill="accent1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B8CCE4" w:themeFill="accent1" w:themeFillTint="66"/>
      </w:tcPr>
    </w:tblStylePr>
    <w:tblStylePr w:type="firstCol">
      <w:rPr>
        <w:color w:val="FFFFFF" w:themeColor="background1"/>
      </w:rPr>
      <w:tblPr/>
      <w:tcPr>
        <w:shd w:val="clear" w:color="auto" w:fill="365F91" w:themeFill="accent1" w:themeFillShade="BF"/>
      </w:tcPr>
    </w:tblStylePr>
    <w:tblStylePr w:type="lastCol">
      <w:rPr>
        <w:color w:val="FFFFFF" w:themeColor="background1"/>
      </w:rPr>
      <w:tblPr/>
      <w:tcPr>
        <w:shd w:val="clear" w:color="auto" w:fill="365F91" w:themeFill="accent1" w:themeFillShade="BF"/>
      </w:tcPr>
    </w:tblStylePr>
    <w:tblStylePr w:type="band1Vert">
      <w:tblPr/>
      <w:tcPr>
        <w:shd w:val="clear" w:color="auto" w:fill="A7BFDE" w:themeFill="accent1" w:themeFillTint="7F"/>
      </w:tcPr>
    </w:tblStylePr>
    <w:tblStylePr w:type="band1Horz">
      <w:tblPr/>
      <w:tcPr>
        <w:shd w:val="clear" w:color="auto" w:fill="A7BFDE" w:themeFill="accent1" w:themeFillTint="7F"/>
      </w:tcPr>
    </w:tblStylePr>
  </w:style>
  <w:style w:type="table" w:styleId="-25">
    <w:name w:val="Colorful Grid Accent 2"/>
    <w:basedOn w:val="a3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Borders>
        <w:insideH w:val="single" w:sz="4" w:space="0" w:color="FFFFFF" w:themeColor="background1"/>
      </w:tblBorders>
    </w:tblPr>
    <w:tcPr>
      <w:shd w:val="clear" w:color="auto" w:fill="F2DBDB" w:themeFill="accent2" w:themeFillTint="33"/>
    </w:tcPr>
    <w:tblStylePr w:type="firstRow">
      <w:rPr>
        <w:b/>
        <w:bCs/>
      </w:rPr>
      <w:tblPr/>
      <w:tcPr>
        <w:shd w:val="clear" w:color="auto" w:fill="E5B8B7" w:themeFill="accent2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E5B8B7" w:themeFill="accent2" w:themeFillTint="66"/>
      </w:tcPr>
    </w:tblStylePr>
    <w:tblStylePr w:type="firstCol">
      <w:rPr>
        <w:color w:val="FFFFFF" w:themeColor="background1"/>
      </w:rPr>
      <w:tblPr/>
      <w:tcPr>
        <w:shd w:val="clear" w:color="auto" w:fill="943634" w:themeFill="accent2" w:themeFillShade="BF"/>
      </w:tcPr>
    </w:tblStylePr>
    <w:tblStylePr w:type="lastCol">
      <w:rPr>
        <w:color w:val="FFFFFF" w:themeColor="background1"/>
      </w:rPr>
      <w:tblPr/>
      <w:tcPr>
        <w:shd w:val="clear" w:color="auto" w:fill="943634" w:themeFill="accent2" w:themeFillShade="BF"/>
      </w:tcPr>
    </w:tblStylePr>
    <w:tblStylePr w:type="band1Vert">
      <w:tblPr/>
      <w:tcPr>
        <w:shd w:val="clear" w:color="auto" w:fill="DFA7A6" w:themeFill="accent2" w:themeFillTint="7F"/>
      </w:tcPr>
    </w:tblStylePr>
    <w:tblStylePr w:type="band1Horz">
      <w:tblPr/>
      <w:tcPr>
        <w:shd w:val="clear" w:color="auto" w:fill="DFA7A6" w:themeFill="accent2" w:themeFillTint="7F"/>
      </w:tcPr>
    </w:tblStylePr>
  </w:style>
  <w:style w:type="table" w:styleId="-35">
    <w:name w:val="Colorful Grid Accent 3"/>
    <w:basedOn w:val="a3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Borders>
        <w:insideH w:val="single" w:sz="4" w:space="0" w:color="FFFFFF" w:themeColor="background1"/>
      </w:tblBorders>
    </w:tblPr>
    <w:tcPr>
      <w:shd w:val="clear" w:color="auto" w:fill="EAF1DD" w:themeFill="accent3" w:themeFillTint="33"/>
    </w:tcPr>
    <w:tblStylePr w:type="firstRow">
      <w:rPr>
        <w:b/>
        <w:bCs/>
      </w:rPr>
      <w:tblPr/>
      <w:tcPr>
        <w:shd w:val="clear" w:color="auto" w:fill="D6E3BC" w:themeFill="accent3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D6E3BC" w:themeFill="accent3" w:themeFillTint="66"/>
      </w:tcPr>
    </w:tblStylePr>
    <w:tblStylePr w:type="firstCol">
      <w:rPr>
        <w:color w:val="FFFFFF" w:themeColor="background1"/>
      </w:rPr>
      <w:tblPr/>
      <w:tcPr>
        <w:shd w:val="clear" w:color="auto" w:fill="76923C" w:themeFill="accent3" w:themeFillShade="BF"/>
      </w:tcPr>
    </w:tblStylePr>
    <w:tblStylePr w:type="lastCol">
      <w:rPr>
        <w:color w:val="FFFFFF" w:themeColor="background1"/>
      </w:rPr>
      <w:tblPr/>
      <w:tcPr>
        <w:shd w:val="clear" w:color="auto" w:fill="76923C" w:themeFill="accent3" w:themeFillShade="BF"/>
      </w:tcPr>
    </w:tblStylePr>
    <w:tblStylePr w:type="band1Vert">
      <w:tblPr/>
      <w:tcPr>
        <w:shd w:val="clear" w:color="auto" w:fill="CDDDAC" w:themeFill="accent3" w:themeFillTint="7F"/>
      </w:tcPr>
    </w:tblStylePr>
    <w:tblStylePr w:type="band1Horz">
      <w:tblPr/>
      <w:tcPr>
        <w:shd w:val="clear" w:color="auto" w:fill="CDDDAC" w:themeFill="accent3" w:themeFillTint="7F"/>
      </w:tcPr>
    </w:tblStylePr>
  </w:style>
  <w:style w:type="table" w:styleId="-45">
    <w:name w:val="Colorful Grid Accent 4"/>
    <w:basedOn w:val="a3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Borders>
        <w:insideH w:val="single" w:sz="4" w:space="0" w:color="FFFFFF" w:themeColor="background1"/>
      </w:tblBorders>
    </w:tblPr>
    <w:tcPr>
      <w:shd w:val="clear" w:color="auto" w:fill="E5DFEC" w:themeFill="accent4" w:themeFillTint="33"/>
    </w:tcPr>
    <w:tblStylePr w:type="firstRow">
      <w:rPr>
        <w:b/>
        <w:bCs/>
      </w:rPr>
      <w:tblPr/>
      <w:tcPr>
        <w:shd w:val="clear" w:color="auto" w:fill="CCC0D9" w:themeFill="accent4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CCC0D9" w:themeFill="accent4" w:themeFillTint="66"/>
      </w:tcPr>
    </w:tblStylePr>
    <w:tblStylePr w:type="firstCol">
      <w:rPr>
        <w:color w:val="FFFFFF" w:themeColor="background1"/>
      </w:rPr>
      <w:tblPr/>
      <w:tcPr>
        <w:shd w:val="clear" w:color="auto" w:fill="5F497A" w:themeFill="accent4" w:themeFillShade="BF"/>
      </w:tcPr>
    </w:tblStylePr>
    <w:tblStylePr w:type="lastCol">
      <w:rPr>
        <w:color w:val="FFFFFF" w:themeColor="background1"/>
      </w:rPr>
      <w:tblPr/>
      <w:tcPr>
        <w:shd w:val="clear" w:color="auto" w:fill="5F497A" w:themeFill="accent4" w:themeFillShade="BF"/>
      </w:tcPr>
    </w:tblStylePr>
    <w:tblStylePr w:type="band1Vert">
      <w:tblPr/>
      <w:tcPr>
        <w:shd w:val="clear" w:color="auto" w:fill="BFB1D0" w:themeFill="accent4" w:themeFillTint="7F"/>
      </w:tcPr>
    </w:tblStylePr>
    <w:tblStylePr w:type="band1Horz">
      <w:tblPr/>
      <w:tcPr>
        <w:shd w:val="clear" w:color="auto" w:fill="BFB1D0" w:themeFill="accent4" w:themeFillTint="7F"/>
      </w:tcPr>
    </w:tblStylePr>
  </w:style>
  <w:style w:type="table" w:styleId="-55">
    <w:name w:val="Colorful Grid Accent 5"/>
    <w:basedOn w:val="a3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Borders>
        <w:insideH w:val="single" w:sz="4" w:space="0" w:color="FFFFFF" w:themeColor="background1"/>
      </w:tblBorders>
    </w:tblPr>
    <w:tcPr>
      <w:shd w:val="clear" w:color="auto" w:fill="DAEEF3" w:themeFill="accent5" w:themeFillTint="33"/>
    </w:tcPr>
    <w:tblStylePr w:type="firstRow">
      <w:rPr>
        <w:b/>
        <w:bCs/>
      </w:rPr>
      <w:tblPr/>
      <w:tcPr>
        <w:shd w:val="clear" w:color="auto" w:fill="B6DDE8" w:themeFill="accent5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B6DDE8" w:themeFill="accent5" w:themeFillTint="66"/>
      </w:tcPr>
    </w:tblStylePr>
    <w:tblStylePr w:type="firstCol">
      <w:rPr>
        <w:color w:val="FFFFFF" w:themeColor="background1"/>
      </w:rPr>
      <w:tblPr/>
      <w:tcPr>
        <w:shd w:val="clear" w:color="auto" w:fill="31849B" w:themeFill="accent5" w:themeFillShade="BF"/>
      </w:tcPr>
    </w:tblStylePr>
    <w:tblStylePr w:type="lastCol">
      <w:rPr>
        <w:color w:val="FFFFFF" w:themeColor="background1"/>
      </w:rPr>
      <w:tblPr/>
      <w:tcPr>
        <w:shd w:val="clear" w:color="auto" w:fill="31849B" w:themeFill="accent5" w:themeFillShade="BF"/>
      </w:tcPr>
    </w:tblStylePr>
    <w:tblStylePr w:type="band1Vert">
      <w:tblPr/>
      <w:tcPr>
        <w:shd w:val="clear" w:color="auto" w:fill="A5D5E2" w:themeFill="accent5" w:themeFillTint="7F"/>
      </w:tcPr>
    </w:tblStylePr>
    <w:tblStylePr w:type="band1Horz">
      <w:tblPr/>
      <w:tcPr>
        <w:shd w:val="clear" w:color="auto" w:fill="A5D5E2" w:themeFill="accent5" w:themeFillTint="7F"/>
      </w:tcPr>
    </w:tblStylePr>
  </w:style>
  <w:style w:type="table" w:styleId="-65">
    <w:name w:val="Colorful Grid Accent 6"/>
    <w:basedOn w:val="a3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Borders>
        <w:insideH w:val="single" w:sz="4" w:space="0" w:color="FFFFFF" w:themeColor="background1"/>
      </w:tblBorders>
    </w:tblPr>
    <w:tcPr>
      <w:shd w:val="clear" w:color="auto" w:fill="FDE9D9" w:themeFill="accent6" w:themeFillTint="33"/>
    </w:tcPr>
    <w:tblStylePr w:type="firstRow">
      <w:rPr>
        <w:b/>
        <w:bCs/>
      </w:rPr>
      <w:tblPr/>
      <w:tcPr>
        <w:shd w:val="clear" w:color="auto" w:fill="FBD4B4" w:themeFill="accent6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FBD4B4" w:themeFill="accent6" w:themeFillTint="66"/>
      </w:tcPr>
    </w:tblStylePr>
    <w:tblStylePr w:type="firstCol">
      <w:rPr>
        <w:color w:val="FFFFFF" w:themeColor="background1"/>
      </w:rPr>
      <w:tblPr/>
      <w:tcPr>
        <w:shd w:val="clear" w:color="auto" w:fill="E36C0A" w:themeFill="accent6" w:themeFillShade="BF"/>
      </w:tcPr>
    </w:tblStylePr>
    <w:tblStylePr w:type="lastCol">
      <w:rPr>
        <w:color w:val="FFFFFF" w:themeColor="background1"/>
      </w:rPr>
      <w:tblPr/>
      <w:tcPr>
        <w:shd w:val="clear" w:color="auto" w:fill="E36C0A" w:themeFill="accent6" w:themeFillShade="BF"/>
      </w:tcPr>
    </w:tblStylePr>
    <w:tblStylePr w:type="band1Vert">
      <w:tblPr/>
      <w:tcPr>
        <w:shd w:val="clear" w:color="auto" w:fill="FBCAA2" w:themeFill="accent6" w:themeFillTint="7F"/>
      </w:tcPr>
    </w:tblStylePr>
    <w:tblStylePr w:type="band1Horz">
      <w:tblPr/>
      <w:tcPr>
        <w:shd w:val="clear" w:color="auto" w:fill="FBCAA2" w:themeFill="accent6" w:themeFillTint="7F"/>
      </w:tcPr>
    </w:tblStylePr>
  </w:style>
  <w:style w:type="character" w:styleId="aff9">
    <w:name w:val="Hyperlink"/>
    <w:basedOn w:val="a2"/>
    <w:uiPriority w:val="99"/>
    <w:unhideWhenUsed/>
    <w:rsid w:val="00672D15"/>
    <w:rPr>
      <w:color w:val="0000FF" w:themeColor="hyperlink"/>
      <w:u w:val="single"/>
    </w:rPr>
  </w:style>
  <w:style w:type="character" w:styleId="affa">
    <w:name w:val="Unresolved Mention"/>
    <w:basedOn w:val="a2"/>
    <w:uiPriority w:val="99"/>
    <w:semiHidden/>
    <w:unhideWhenUsed/>
    <w:rsid w:val="00672D15"/>
    <w:rPr>
      <w:color w:val="605E5C"/>
      <w:shd w:val="clear" w:color="auto" w:fill="E1DFDD"/>
    </w:r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mc:Ignorable="w14 w15 w16se w16cid w16 w16cex w16sdtdh w16sdtfl w16du">
  <w:relyOnVML/>
  <w:allowPNG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image" Target="media/image3.png"/><Relationship Id="rId3" Type="http://schemas.openxmlformats.org/officeDocument/2006/relationships/styles" Target="styles.xml"/><Relationship Id="rId7" Type="http://schemas.openxmlformats.org/officeDocument/2006/relationships/image" Target="media/image2.png"/><Relationship Id="rId2" Type="http://schemas.openxmlformats.org/officeDocument/2006/relationships/numbering" Target="numbering.xml"/><Relationship Id="rId1" Type="http://schemas.openxmlformats.org/officeDocument/2006/relationships/customXml" Target="../customXml/item1.xml"/><Relationship Id="rId6" Type="http://schemas.openxmlformats.org/officeDocument/2006/relationships/image" Target="media/image1.png"/><Relationship Id="rId5" Type="http://schemas.openxmlformats.org/officeDocument/2006/relationships/webSettings" Target="webSettings.xml"/><Relationship Id="rId10" Type="http://schemas.openxmlformats.org/officeDocument/2006/relationships/theme" Target="theme/theme1.xml"/><Relationship Id="rId4" Type="http://schemas.openxmlformats.org/officeDocument/2006/relationships/settings" Target="settings.xml"/><Relationship Id="rId9" Type="http://schemas.openxmlformats.org/officeDocument/2006/relationships/fontTable" Target="fontTable.xm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libri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mbria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tint val="100000"/>
                <a:shade val="100000"/>
                <a:satMod val="130000"/>
              </a:schemeClr>
            </a:gs>
            <a:gs pos="100000">
              <a:schemeClr val="phClr">
                <a:tint val="50000"/>
                <a:shade val="100000"/>
                <a:satMod val="350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>
    <a:spDef>
      <a:spPr/>
      <a:bodyPr/>
      <a:lstStyle/>
      <a:style>
        <a:lnRef idx="1">
          <a:schemeClr val="accent1"/>
        </a:lnRef>
        <a:fillRef idx="3">
          <a:schemeClr val="accent1"/>
        </a:fillRef>
        <a:effectRef idx="2">
          <a:schemeClr val="accent1"/>
        </a:effectRef>
        <a:fontRef idx="minor">
          <a:schemeClr val="lt1"/>
        </a:fontRef>
      </a:style>
    </a:spDef>
    <a:lnDef>
      <a:spPr/>
      <a:bodyPr/>
      <a:lstStyle/>
      <a:style>
        <a:lnRef idx="2">
          <a:schemeClr val="accent1"/>
        </a:lnRef>
        <a:fillRef idx="0">
          <a:schemeClr val="accent1"/>
        </a:fillRef>
        <a:effectRef idx="1">
          <a:schemeClr val="accent1"/>
        </a:effectRef>
        <a:fontRef idx="minor">
          <a:schemeClr val="tx1"/>
        </a:fontRef>
      </a:style>
    </a:lnDef>
  </a:objectDefaults>
  <a:extraClrSchemeLst/>
</a:theme>
</file>

<file path=customXml/_rels/item1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1.xml"/></Relationships>
</file>

<file path=customXml/item1.xml><?xml version="1.0" encoding="utf-8"?>
<b:Sources xmlns:b="http://schemas.openxmlformats.org/officeDocument/2006/bibliography" xmlns="http://schemas.openxmlformats.org/officeDocument/2006/bibliography" SelectedStyle="/APA.XSL" StyleName="APA"/>
</file>

<file path=customXml/itemProps1.xml><?xml version="1.0" encoding="utf-8"?>
<ds:datastoreItem xmlns:ds="http://schemas.openxmlformats.org/officeDocument/2006/customXml" ds:itemID="{EF278816-EC6F-A645-907D-7F25AECB1D4A}">
  <ds:schemaRefs>
    <ds:schemaRef ds:uri="http://schemas.openxmlformats.org/officeDocument/2006/bibliography"/>
  </ds:schemaRefs>
</ds:datastoreItem>
</file>

<file path=docProps/app.xml><?xml version="1.0" encoding="utf-8"?>
<Properties xmlns="http://schemas.openxmlformats.org/officeDocument/2006/extended-properties" xmlns:vt="http://schemas.openxmlformats.org/officeDocument/2006/docPropsVTypes">
  <Template>Normal.dotm</Template>
  <TotalTime>4</TotalTime>
  <Pages>3</Pages>
  <Words>148</Words>
  <Characters>852</Characters>
  <Application>Microsoft Office Word</Application>
  <DocSecurity>0</DocSecurity>
  <Lines>106</Lines>
  <Paragraphs>90</Paragraphs>
  <ScaleCrop>false</ScaleCrop>
  <HeadingPairs>
    <vt:vector size="2" baseType="variant">
      <vt:variant>
        <vt:lpstr>Title</vt:lpstr>
      </vt:variant>
      <vt:variant>
        <vt:i4>1</vt:i4>
      </vt:variant>
    </vt:vector>
  </HeadingPairs>
  <TitlesOfParts>
    <vt:vector size="1" baseType="lpstr">
      <vt:lpstr/>
    </vt:vector>
  </TitlesOfParts>
  <Manager/>
  <Company/>
  <LinksUpToDate>false</LinksUpToDate>
  <CharactersWithSpaces>910</CharactersWithSpaces>
  <SharedDoc>false</SharedDoc>
  <HyperlinkBase/>
  <HyperlinksChanged>false</HyperlinksChanged>
  <AppVersion>16.0000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python-docx</dc:creator>
  <cp:keywords/>
  <dc:description>generated by python-docx</dc:description>
  <cp:lastModifiedBy>敏 刘</cp:lastModifiedBy>
  <cp:revision>4</cp:revision>
  <dcterms:created xsi:type="dcterms:W3CDTF">2013-12-23T23:15:00Z</dcterms:created>
  <dcterms:modified xsi:type="dcterms:W3CDTF">2025-08-05T04:15:00Z</dcterms:modified>
  <cp:category/>
</cp:coreProperties>
</file>